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E188" w14:textId="77777777" w:rsidR="00BF4E92" w:rsidRPr="00625119" w:rsidRDefault="004F5176">
      <w:pPr>
        <w:jc w:val="center"/>
        <w:rPr>
          <w:rFonts w:ascii="Calibri" w:hAnsi="Calibri" w:cs="Calibri"/>
          <w:sz w:val="22"/>
          <w:lang w:val="en-ZA"/>
        </w:rPr>
      </w:pPr>
      <w:r w:rsidRPr="00625119">
        <w:rPr>
          <w:rFonts w:ascii="Calibri" w:hAnsi="Calibri" w:cs="Calibri"/>
          <w:b/>
          <w:sz w:val="22"/>
          <w:lang w:val="en-ZA"/>
        </w:rPr>
        <w:t>NOUPOORT WIND FARM (RF) (PTY) LTD</w:t>
      </w:r>
    </w:p>
    <w:p w14:paraId="101DE189" w14:textId="77777777" w:rsidR="00BF4E92" w:rsidRPr="00625119" w:rsidRDefault="004F5176">
      <w:pPr>
        <w:jc w:val="center"/>
        <w:rPr>
          <w:rFonts w:ascii="Calibri" w:hAnsi="Calibri" w:cs="Calibri"/>
          <w:sz w:val="22"/>
          <w:lang w:val="en-ZA"/>
        </w:rPr>
      </w:pPr>
      <w:r w:rsidRPr="00625119">
        <w:rPr>
          <w:rFonts w:ascii="Calibri" w:hAnsi="Calibri" w:cs="Calibri"/>
          <w:b/>
          <w:sz w:val="22"/>
          <w:lang w:val="en-ZA"/>
        </w:rPr>
        <w:t>INVITATION TO QUOTE / REQUEST FOR QUOTATION (RFQ)</w:t>
      </w:r>
    </w:p>
    <w:p w14:paraId="101DE18A" w14:textId="337E4E17" w:rsidR="00BF4E92" w:rsidRPr="00625119" w:rsidRDefault="00F75222">
      <w:pPr>
        <w:jc w:val="center"/>
        <w:rPr>
          <w:rFonts w:ascii="Calibri" w:hAnsi="Calibri" w:cs="Calibri"/>
          <w:sz w:val="20"/>
          <w:szCs w:val="20"/>
          <w:lang w:val="en-ZA"/>
        </w:rPr>
      </w:pPr>
      <w:r>
        <w:rPr>
          <w:rFonts w:ascii="Calibri" w:hAnsi="Calibri" w:cs="Calibri"/>
          <w:b/>
          <w:sz w:val="20"/>
          <w:szCs w:val="20"/>
          <w:lang w:val="en-ZA"/>
        </w:rPr>
        <w:t>Programme Resource and Gift</w:t>
      </w:r>
      <w:r w:rsidR="004F5176" w:rsidRPr="00625119">
        <w:rPr>
          <w:rFonts w:ascii="Calibri" w:hAnsi="Calibri" w:cs="Calibri"/>
          <w:b/>
          <w:sz w:val="20"/>
          <w:szCs w:val="20"/>
          <w:lang w:val="en-ZA"/>
        </w:rPr>
        <w:t xml:space="preserve"> – </w:t>
      </w:r>
      <w:r w:rsidR="00624392" w:rsidRPr="00625119">
        <w:rPr>
          <w:rFonts w:ascii="Calibri" w:hAnsi="Calibri" w:cs="Calibri"/>
          <w:b/>
          <w:sz w:val="20"/>
          <w:szCs w:val="20"/>
          <w:lang w:val="en-ZA"/>
        </w:rPr>
        <w:t>Noupoort</w:t>
      </w:r>
      <w:r w:rsidR="005D267E" w:rsidRPr="00625119">
        <w:rPr>
          <w:rFonts w:ascii="Calibri" w:hAnsi="Calibri" w:cs="Calibri"/>
          <w:b/>
          <w:sz w:val="20"/>
          <w:szCs w:val="20"/>
          <w:lang w:val="en-ZA"/>
        </w:rPr>
        <w:t xml:space="preserve"> Business</w:t>
      </w:r>
      <w:r w:rsidR="00624392" w:rsidRPr="00625119">
        <w:rPr>
          <w:rFonts w:ascii="Calibri" w:hAnsi="Calibri" w:cs="Calibri"/>
          <w:b/>
          <w:sz w:val="20"/>
          <w:szCs w:val="20"/>
          <w:lang w:val="en-ZA"/>
        </w:rPr>
        <w:t xml:space="preserve"> Empower</w:t>
      </w:r>
      <w:r w:rsidR="005D267E" w:rsidRPr="00625119">
        <w:rPr>
          <w:rFonts w:ascii="Calibri" w:hAnsi="Calibri" w:cs="Calibri"/>
          <w:b/>
          <w:sz w:val="20"/>
          <w:szCs w:val="20"/>
          <w:lang w:val="en-ZA"/>
        </w:rPr>
        <w:t>ment</w:t>
      </w:r>
      <w:r w:rsidR="00624392" w:rsidRPr="00625119">
        <w:rPr>
          <w:rFonts w:ascii="Calibri" w:hAnsi="Calibri" w:cs="Calibri"/>
          <w:b/>
          <w:sz w:val="20"/>
          <w:szCs w:val="20"/>
          <w:lang w:val="en-ZA"/>
        </w:rPr>
        <w:t xml:space="preserve"> Day</w:t>
      </w:r>
      <w:r w:rsidR="000C47EB">
        <w:rPr>
          <w:rFonts w:ascii="Calibri" w:hAnsi="Calibri" w:cs="Calibri"/>
          <w:b/>
          <w:sz w:val="20"/>
          <w:szCs w:val="20"/>
          <w:lang w:val="en-ZA"/>
        </w:rPr>
        <w:br/>
      </w:r>
      <w:r w:rsidR="000C47EB">
        <w:rPr>
          <w:rFonts w:ascii="Calibri" w:hAnsi="Calibri" w:cs="Calibri"/>
          <w:b/>
          <w:sz w:val="20"/>
          <w:szCs w:val="20"/>
          <w:lang w:val="en-ZA"/>
        </w:rPr>
        <w:br/>
      </w:r>
    </w:p>
    <w:tbl>
      <w:tblPr>
        <w:tblStyle w:val="TableGrid"/>
        <w:tblW w:w="10598" w:type="dxa"/>
        <w:jc w:val="center"/>
        <w:tblLook w:val="04A0" w:firstRow="1" w:lastRow="0" w:firstColumn="1" w:lastColumn="0" w:noHBand="0" w:noVBand="1"/>
      </w:tblPr>
      <w:tblGrid>
        <w:gridCol w:w="2093"/>
        <w:gridCol w:w="3623"/>
        <w:gridCol w:w="1763"/>
        <w:gridCol w:w="3119"/>
      </w:tblGrid>
      <w:tr w:rsidR="00BF4E92" w:rsidRPr="009D1F99" w14:paraId="101DE18F" w14:textId="77777777" w:rsidTr="00AF22CC">
        <w:trPr>
          <w:jc w:val="center"/>
        </w:trPr>
        <w:tc>
          <w:tcPr>
            <w:tcW w:w="2093" w:type="dxa"/>
            <w:shd w:val="clear" w:color="auto" w:fill="EAF0F7"/>
            <w:vAlign w:val="center"/>
          </w:tcPr>
          <w:p w14:paraId="101DE18B" w14:textId="77777777" w:rsidR="00BF4E92" w:rsidRPr="00625119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625119">
              <w:rPr>
                <w:rFonts w:ascii="Calibri Light" w:hAnsi="Calibri Light" w:cs="Calibri Light"/>
                <w:b/>
                <w:sz w:val="18"/>
                <w:lang w:val="en-ZA"/>
              </w:rPr>
              <w:t>Enquiry Number</w:t>
            </w:r>
          </w:p>
        </w:tc>
        <w:tc>
          <w:tcPr>
            <w:tcW w:w="3623" w:type="dxa"/>
            <w:vAlign w:val="center"/>
          </w:tcPr>
          <w:p w14:paraId="101DE18C" w14:textId="264AF1ED" w:rsidR="00BF4E92" w:rsidRPr="00625119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625119">
              <w:rPr>
                <w:rFonts w:ascii="Calibri Light" w:hAnsi="Calibri Light" w:cs="Calibri Light"/>
                <w:sz w:val="18"/>
                <w:lang w:val="en-ZA"/>
              </w:rPr>
              <w:t>RFQ_NPT-SED-</w:t>
            </w:r>
            <w:r w:rsidR="00163DBF" w:rsidRPr="00625119">
              <w:rPr>
                <w:rFonts w:ascii="Calibri Light" w:hAnsi="Calibri Light" w:cs="Calibri Light"/>
                <w:sz w:val="18"/>
                <w:lang w:val="en-ZA"/>
              </w:rPr>
              <w:t>0110</w:t>
            </w:r>
            <w:r w:rsidRPr="00625119">
              <w:rPr>
                <w:rFonts w:ascii="Calibri Light" w:hAnsi="Calibri Light" w:cs="Calibri Light"/>
                <w:sz w:val="18"/>
                <w:lang w:val="en-ZA"/>
              </w:rPr>
              <w:t>2026</w:t>
            </w:r>
          </w:p>
        </w:tc>
        <w:tc>
          <w:tcPr>
            <w:tcW w:w="1763" w:type="dxa"/>
            <w:shd w:val="clear" w:color="auto" w:fill="EAF0F7"/>
            <w:vAlign w:val="center"/>
          </w:tcPr>
          <w:p w14:paraId="101DE18D" w14:textId="77777777" w:rsidR="00BF4E92" w:rsidRPr="00625119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625119">
              <w:rPr>
                <w:rFonts w:ascii="Calibri Light" w:hAnsi="Calibri Light" w:cs="Calibri Light"/>
                <w:b/>
                <w:sz w:val="18"/>
                <w:lang w:val="en-ZA"/>
              </w:rPr>
              <w:t>Date Issued</w:t>
            </w:r>
          </w:p>
        </w:tc>
        <w:tc>
          <w:tcPr>
            <w:tcW w:w="3119" w:type="dxa"/>
            <w:vAlign w:val="center"/>
          </w:tcPr>
          <w:p w14:paraId="101DE18E" w14:textId="0A1A6785" w:rsidR="00BF4E92" w:rsidRPr="00625119" w:rsidRDefault="002E63BB">
            <w:pPr>
              <w:rPr>
                <w:rFonts w:ascii="Calibri Light" w:hAnsi="Calibri Light" w:cs="Calibri Light"/>
                <w:lang w:val="en-ZA"/>
              </w:rPr>
            </w:pPr>
            <w:r w:rsidRPr="00625119">
              <w:rPr>
                <w:rFonts w:ascii="Calibri Light" w:hAnsi="Calibri Light" w:cs="Calibri Light"/>
                <w:sz w:val="18"/>
                <w:lang w:val="en-ZA"/>
              </w:rPr>
              <w:t>06</w:t>
            </w:r>
            <w:r w:rsidR="004F5176" w:rsidRPr="00625119">
              <w:rPr>
                <w:rFonts w:ascii="Calibri Light" w:hAnsi="Calibri Light" w:cs="Calibri Light"/>
                <w:sz w:val="18"/>
                <w:lang w:val="en-ZA"/>
              </w:rPr>
              <w:t>/</w:t>
            </w:r>
            <w:r w:rsidR="004F72BC" w:rsidRPr="00625119">
              <w:rPr>
                <w:rFonts w:ascii="Calibri Light" w:hAnsi="Calibri Light" w:cs="Calibri Light"/>
                <w:sz w:val="18"/>
                <w:lang w:val="en-ZA"/>
              </w:rPr>
              <w:t>10</w:t>
            </w:r>
            <w:r w:rsidR="004F5176" w:rsidRPr="00625119">
              <w:rPr>
                <w:rFonts w:ascii="Calibri Light" w:hAnsi="Calibri Light" w:cs="Calibri Light"/>
                <w:sz w:val="18"/>
                <w:lang w:val="en-ZA"/>
              </w:rPr>
              <w:t>/2026</w:t>
            </w:r>
          </w:p>
        </w:tc>
      </w:tr>
      <w:tr w:rsidR="00BF4E92" w:rsidRPr="009D1F99" w14:paraId="101DE194" w14:textId="77777777" w:rsidTr="00AF22CC">
        <w:trPr>
          <w:jc w:val="center"/>
        </w:trPr>
        <w:tc>
          <w:tcPr>
            <w:tcW w:w="2093" w:type="dxa"/>
            <w:shd w:val="clear" w:color="auto" w:fill="EAF0F7"/>
            <w:vAlign w:val="center"/>
          </w:tcPr>
          <w:p w14:paraId="101DE190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>RFQ Reference</w:t>
            </w:r>
          </w:p>
        </w:tc>
        <w:tc>
          <w:tcPr>
            <w:tcW w:w="3623" w:type="dxa"/>
            <w:vAlign w:val="center"/>
          </w:tcPr>
          <w:p w14:paraId="101DE191" w14:textId="242FCDB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lang w:val="en-ZA"/>
              </w:rPr>
              <w:t>RFQ_</w:t>
            </w:r>
            <w:r w:rsidR="00163DBF" w:rsidRPr="00B36F91">
              <w:rPr>
                <w:rFonts w:ascii="Calibri Light" w:hAnsi="Calibri Light" w:cs="Calibri Light"/>
                <w:sz w:val="18"/>
                <w:lang w:val="en-ZA"/>
              </w:rPr>
              <w:t xml:space="preserve"> Marketing Material</w:t>
            </w:r>
          </w:p>
        </w:tc>
        <w:tc>
          <w:tcPr>
            <w:tcW w:w="1763" w:type="dxa"/>
            <w:shd w:val="clear" w:color="auto" w:fill="EAF0F7"/>
            <w:vAlign w:val="center"/>
          </w:tcPr>
          <w:p w14:paraId="101DE192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>Closing Date</w:t>
            </w:r>
          </w:p>
        </w:tc>
        <w:tc>
          <w:tcPr>
            <w:tcW w:w="3119" w:type="dxa"/>
            <w:vAlign w:val="center"/>
          </w:tcPr>
          <w:p w14:paraId="101DE193" w14:textId="58430DFF" w:rsidR="00BF4E92" w:rsidRPr="00B36F91" w:rsidRDefault="002E63BB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lang w:val="en-ZA"/>
              </w:rPr>
              <w:t>13</w:t>
            </w:r>
            <w:r w:rsidR="004F5176" w:rsidRPr="00B36F91">
              <w:rPr>
                <w:rFonts w:ascii="Calibri Light" w:hAnsi="Calibri Light" w:cs="Calibri Light"/>
                <w:sz w:val="18"/>
                <w:lang w:val="en-ZA"/>
              </w:rPr>
              <w:t>/10/2026</w:t>
            </w:r>
          </w:p>
        </w:tc>
      </w:tr>
      <w:tr w:rsidR="00BF4E92" w:rsidRPr="009D1F99" w14:paraId="101DE199" w14:textId="77777777" w:rsidTr="00AF22CC">
        <w:trPr>
          <w:jc w:val="center"/>
        </w:trPr>
        <w:tc>
          <w:tcPr>
            <w:tcW w:w="2093" w:type="dxa"/>
            <w:shd w:val="clear" w:color="auto" w:fill="EAF0F7"/>
            <w:vAlign w:val="center"/>
          </w:tcPr>
          <w:p w14:paraId="101DE195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>Closing Time</w:t>
            </w:r>
          </w:p>
        </w:tc>
        <w:tc>
          <w:tcPr>
            <w:tcW w:w="3623" w:type="dxa"/>
            <w:vAlign w:val="center"/>
          </w:tcPr>
          <w:p w14:paraId="101DE196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lang w:val="en-ZA"/>
              </w:rPr>
              <w:t>17:00 (RSA Standard Time)</w:t>
            </w:r>
          </w:p>
        </w:tc>
        <w:tc>
          <w:tcPr>
            <w:tcW w:w="1763" w:type="dxa"/>
            <w:shd w:val="clear" w:color="auto" w:fill="EAF0F7"/>
            <w:vAlign w:val="center"/>
          </w:tcPr>
          <w:p w14:paraId="101DE197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>Validity of Offers</w:t>
            </w:r>
          </w:p>
        </w:tc>
        <w:tc>
          <w:tcPr>
            <w:tcW w:w="3119" w:type="dxa"/>
            <w:vAlign w:val="center"/>
          </w:tcPr>
          <w:p w14:paraId="101DE198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lang w:val="en-ZA"/>
              </w:rPr>
              <w:t>7 business days</w:t>
            </w:r>
          </w:p>
        </w:tc>
      </w:tr>
      <w:tr w:rsidR="00BF4E92" w:rsidRPr="009D1F99" w14:paraId="101DE19E" w14:textId="77777777" w:rsidTr="00AF22CC">
        <w:trPr>
          <w:jc w:val="center"/>
        </w:trPr>
        <w:tc>
          <w:tcPr>
            <w:tcW w:w="2093" w:type="dxa"/>
            <w:shd w:val="clear" w:color="auto" w:fill="EAF0F7"/>
            <w:vAlign w:val="center"/>
          </w:tcPr>
          <w:p w14:paraId="101DE19A" w14:textId="77777777" w:rsidR="00BF4E92" w:rsidRPr="00B36F91" w:rsidRDefault="00AF22CC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>Physical submissions</w:t>
            </w:r>
          </w:p>
        </w:tc>
        <w:tc>
          <w:tcPr>
            <w:tcW w:w="3623" w:type="dxa"/>
            <w:vAlign w:val="center"/>
          </w:tcPr>
          <w:p w14:paraId="101DE19B" w14:textId="77777777" w:rsidR="00BF4E92" w:rsidRPr="00B36F91" w:rsidRDefault="00AF22CC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lang w:val="en-ZA"/>
              </w:rPr>
              <w:t>Noupoort Wind Farm Economic Development Office, 17 Wilmot Street, Noupoort</w:t>
            </w:r>
          </w:p>
        </w:tc>
        <w:tc>
          <w:tcPr>
            <w:tcW w:w="1763" w:type="dxa"/>
            <w:shd w:val="clear" w:color="auto" w:fill="EAF0F7"/>
            <w:vAlign w:val="center"/>
          </w:tcPr>
          <w:p w14:paraId="101DE19C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>NWF Contact</w:t>
            </w:r>
          </w:p>
        </w:tc>
        <w:tc>
          <w:tcPr>
            <w:tcW w:w="3119" w:type="dxa"/>
            <w:vAlign w:val="center"/>
          </w:tcPr>
          <w:p w14:paraId="101DE19D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lang w:val="en-ZA"/>
              </w:rPr>
              <w:t>Yonela Sakati</w:t>
            </w:r>
          </w:p>
        </w:tc>
      </w:tr>
      <w:tr w:rsidR="00BF4E92" w:rsidRPr="009D1F99" w14:paraId="101DE1A3" w14:textId="77777777" w:rsidTr="00AF22CC">
        <w:trPr>
          <w:jc w:val="center"/>
        </w:trPr>
        <w:tc>
          <w:tcPr>
            <w:tcW w:w="2093" w:type="dxa"/>
            <w:shd w:val="clear" w:color="auto" w:fill="EAF0F7"/>
            <w:vAlign w:val="center"/>
          </w:tcPr>
          <w:p w14:paraId="101DE19F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>Email</w:t>
            </w:r>
            <w:r w:rsidR="00AF22CC"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 xml:space="preserve"> submissions</w:t>
            </w:r>
          </w:p>
        </w:tc>
        <w:tc>
          <w:tcPr>
            <w:tcW w:w="3623" w:type="dxa"/>
            <w:vAlign w:val="center"/>
          </w:tcPr>
          <w:p w14:paraId="101DE1A0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lang w:val="en-ZA"/>
              </w:rPr>
              <w:t>Yonela.sakati@weareinfinitypower.com</w:t>
            </w:r>
          </w:p>
        </w:tc>
        <w:tc>
          <w:tcPr>
            <w:tcW w:w="1763" w:type="dxa"/>
            <w:shd w:val="clear" w:color="auto" w:fill="EAF0F7"/>
            <w:vAlign w:val="center"/>
          </w:tcPr>
          <w:p w14:paraId="101DE1A1" w14:textId="77777777" w:rsidR="00BF4E92" w:rsidRPr="00B36F91" w:rsidRDefault="004F5176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lang w:val="en-ZA"/>
              </w:rPr>
              <w:t>Original closing date</w:t>
            </w:r>
          </w:p>
        </w:tc>
        <w:tc>
          <w:tcPr>
            <w:tcW w:w="3119" w:type="dxa"/>
            <w:vAlign w:val="center"/>
          </w:tcPr>
          <w:p w14:paraId="101DE1A2" w14:textId="693801ED" w:rsidR="00BF4E92" w:rsidRPr="00B36F91" w:rsidRDefault="004F72BC">
            <w:pPr>
              <w:rPr>
                <w:rFonts w:ascii="Calibri Light" w:hAnsi="Calibri Light" w:cs="Calibri Light"/>
                <w:lang w:val="en-ZA"/>
              </w:rPr>
            </w:pPr>
            <w:r w:rsidRPr="00B36F91">
              <w:rPr>
                <w:rFonts w:ascii="Calibri Light" w:hAnsi="Calibri Light" w:cs="Calibri Light"/>
                <w:lang w:val="en-ZA"/>
              </w:rPr>
              <w:t>N/A</w:t>
            </w:r>
          </w:p>
        </w:tc>
      </w:tr>
    </w:tbl>
    <w:p w14:paraId="101DE1A4" w14:textId="77777777" w:rsidR="00BF4E92" w:rsidRPr="00B36F91" w:rsidRDefault="004F5176">
      <w:pPr>
        <w:pStyle w:val="Heading1"/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1. Introduction</w:t>
      </w:r>
    </w:p>
    <w:p w14:paraId="101DE1A5" w14:textId="1740C0B0" w:rsidR="00BF4E92" w:rsidRPr="00625119" w:rsidRDefault="004F5176">
      <w:pPr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 xml:space="preserve">Noupoort Wind Farm is committed to contributing to the development and empowerment of the local community. As part of its Economic Development initiatives, Noupoort Wind Farm invites experienced and qualified </w:t>
      </w:r>
      <w:r w:rsidR="009A7AE5">
        <w:rPr>
          <w:rFonts w:ascii="Calibri Light" w:hAnsi="Calibri Light" w:cs="Calibri Light"/>
          <w:sz w:val="18"/>
          <w:szCs w:val="18"/>
          <w:lang w:val="en-ZA"/>
        </w:rPr>
        <w:t>promotional gift</w:t>
      </w:r>
      <w:r w:rsidR="00401379" w:rsidRPr="00B36F91">
        <w:rPr>
          <w:rFonts w:ascii="Calibri Light" w:hAnsi="Calibri Light" w:cs="Calibri Light"/>
          <w:sz w:val="18"/>
          <w:szCs w:val="18"/>
          <w:lang w:val="en-ZA"/>
        </w:rPr>
        <w:t xml:space="preserve"> </w:t>
      </w:r>
      <w:r w:rsidRPr="00B36F91">
        <w:rPr>
          <w:rFonts w:ascii="Calibri Light" w:hAnsi="Calibri Light" w:cs="Calibri Light"/>
          <w:sz w:val="18"/>
          <w:szCs w:val="18"/>
          <w:lang w:val="en-ZA"/>
        </w:rPr>
        <w:t xml:space="preserve">service providers to submit proposals for the </w:t>
      </w:r>
      <w:r w:rsidR="00BE46FB" w:rsidRPr="00B36F91">
        <w:rPr>
          <w:rFonts w:ascii="Calibri Light" w:hAnsi="Calibri Light" w:cs="Calibri Light"/>
          <w:sz w:val="18"/>
          <w:szCs w:val="18"/>
          <w:lang w:val="en-ZA"/>
        </w:rPr>
        <w:t>Noupoort  Business Empowering Day</w:t>
      </w:r>
      <w:commentRangeStart w:id="0"/>
      <w:r w:rsidRPr="00625119">
        <w:rPr>
          <w:rFonts w:ascii="Calibri Light" w:hAnsi="Calibri Light" w:cs="Calibri Light"/>
          <w:sz w:val="18"/>
          <w:szCs w:val="18"/>
          <w:lang w:val="en-ZA"/>
        </w:rPr>
        <w:t xml:space="preserve"> </w:t>
      </w:r>
      <w:commentRangeEnd w:id="0"/>
      <w:r w:rsidR="005D267E" w:rsidRPr="00625119">
        <w:rPr>
          <w:rStyle w:val="CommentReference"/>
          <w:rFonts w:ascii="Calibri Light" w:hAnsi="Calibri Light" w:cs="Calibri Light"/>
          <w:sz w:val="18"/>
          <w:szCs w:val="18"/>
          <w:lang w:val="en-ZA"/>
        </w:rPr>
        <w:commentReference w:id="0"/>
      </w:r>
      <w:r w:rsidRPr="00625119">
        <w:rPr>
          <w:rFonts w:ascii="Calibri Light" w:hAnsi="Calibri Light" w:cs="Calibri Light"/>
          <w:sz w:val="18"/>
          <w:szCs w:val="18"/>
          <w:lang w:val="en-ZA"/>
        </w:rPr>
        <w:t>Programme.</w:t>
      </w:r>
      <w:r w:rsidR="00BE46FB" w:rsidRPr="00625119">
        <w:rPr>
          <w:rFonts w:ascii="Calibri Light" w:hAnsi="Calibri Light" w:cs="Calibri Light"/>
          <w:sz w:val="18"/>
          <w:szCs w:val="18"/>
          <w:lang w:val="en-ZA"/>
        </w:rPr>
        <w:t xml:space="preserve"> </w:t>
      </w:r>
    </w:p>
    <w:p w14:paraId="101DE1A6" w14:textId="77777777" w:rsidR="00BF4E92" w:rsidRPr="00625119" w:rsidRDefault="004F5176">
      <w:pPr>
        <w:pStyle w:val="Heading1"/>
        <w:rPr>
          <w:rFonts w:ascii="Calibri Light" w:hAnsi="Calibri Light" w:cs="Calibri Light"/>
          <w:sz w:val="18"/>
          <w:szCs w:val="18"/>
          <w:lang w:val="en-ZA"/>
        </w:rPr>
      </w:pPr>
      <w:r w:rsidRPr="00625119">
        <w:rPr>
          <w:rFonts w:ascii="Calibri Light" w:hAnsi="Calibri Light" w:cs="Calibri Light"/>
          <w:sz w:val="18"/>
          <w:szCs w:val="18"/>
          <w:lang w:val="en-ZA"/>
        </w:rPr>
        <w:t>2. Programme Scope</w:t>
      </w:r>
    </w:p>
    <w:p w14:paraId="101DE1A7" w14:textId="181BDD23" w:rsidR="00BF4E92" w:rsidRPr="00625119" w:rsidRDefault="004F5176">
      <w:pPr>
        <w:rPr>
          <w:rFonts w:ascii="Calibri Light" w:hAnsi="Calibri Light" w:cs="Calibri Light"/>
          <w:sz w:val="18"/>
          <w:szCs w:val="18"/>
          <w:lang w:val="en-ZA"/>
        </w:rPr>
      </w:pPr>
      <w:r w:rsidRPr="00625119">
        <w:rPr>
          <w:rFonts w:ascii="Calibri Light" w:hAnsi="Calibri Light" w:cs="Calibri Light"/>
          <w:b/>
          <w:sz w:val="18"/>
          <w:szCs w:val="18"/>
          <w:lang w:val="en-ZA"/>
        </w:rPr>
        <w:t xml:space="preserve">Programme: </w:t>
      </w:r>
      <w:r w:rsidR="004F72BC" w:rsidRPr="00625119">
        <w:rPr>
          <w:rFonts w:ascii="Calibri Light" w:hAnsi="Calibri Light" w:cs="Calibri Light"/>
          <w:sz w:val="18"/>
          <w:szCs w:val="18"/>
          <w:lang w:val="en-ZA"/>
        </w:rPr>
        <w:t>Noupoort Business Empowerment Day</w:t>
      </w:r>
    </w:p>
    <w:p w14:paraId="101DE1A8" w14:textId="0259A584" w:rsidR="00BF4E92" w:rsidRPr="00625119" w:rsidRDefault="004F5176">
      <w:pPr>
        <w:pStyle w:val="ListBullet"/>
        <w:rPr>
          <w:rFonts w:ascii="Calibri Light" w:hAnsi="Calibri Light" w:cs="Calibri Light"/>
          <w:sz w:val="18"/>
          <w:szCs w:val="18"/>
          <w:lang w:val="en-ZA"/>
        </w:rPr>
      </w:pPr>
      <w:r w:rsidRPr="00625119">
        <w:rPr>
          <w:rFonts w:ascii="Calibri Light" w:hAnsi="Calibri Light" w:cs="Calibri Light"/>
          <w:sz w:val="18"/>
          <w:szCs w:val="18"/>
          <w:lang w:val="en-ZA"/>
        </w:rPr>
        <w:t xml:space="preserve">Target beneficiaries: </w:t>
      </w:r>
      <w:r w:rsidR="00634B15">
        <w:rPr>
          <w:rFonts w:ascii="Calibri Light" w:hAnsi="Calibri Light" w:cs="Calibri Light"/>
          <w:sz w:val="18"/>
          <w:szCs w:val="18"/>
          <w:lang w:val="en-ZA"/>
        </w:rPr>
        <w:t>80</w:t>
      </w:r>
      <w:r w:rsidR="00634B15" w:rsidRPr="00625119">
        <w:rPr>
          <w:rFonts w:ascii="Calibri Light" w:hAnsi="Calibri Light" w:cs="Calibri Light"/>
          <w:sz w:val="18"/>
          <w:szCs w:val="18"/>
          <w:lang w:val="en-ZA"/>
        </w:rPr>
        <w:t xml:space="preserve"> </w:t>
      </w:r>
      <w:r w:rsidRPr="00625119">
        <w:rPr>
          <w:rFonts w:ascii="Calibri Light" w:hAnsi="Calibri Light" w:cs="Calibri Light"/>
          <w:sz w:val="18"/>
          <w:szCs w:val="18"/>
          <w:lang w:val="en-ZA"/>
        </w:rPr>
        <w:t xml:space="preserve">participants for the </w:t>
      </w:r>
      <w:r w:rsidR="00820D95" w:rsidRPr="00625119">
        <w:rPr>
          <w:rFonts w:ascii="Calibri Light" w:hAnsi="Calibri Light" w:cs="Calibri Light"/>
          <w:sz w:val="18"/>
          <w:szCs w:val="18"/>
          <w:lang w:val="en-ZA"/>
        </w:rPr>
        <w:t>Noupoort Business Empowerment</w:t>
      </w:r>
      <w:r w:rsidRPr="00625119">
        <w:rPr>
          <w:rFonts w:ascii="Calibri Light" w:hAnsi="Calibri Light" w:cs="Calibri Light"/>
          <w:sz w:val="18"/>
          <w:szCs w:val="18"/>
          <w:lang w:val="en-ZA"/>
        </w:rPr>
        <w:t xml:space="preserve"> Programme.</w:t>
      </w:r>
    </w:p>
    <w:p w14:paraId="101DE1A9" w14:textId="6A815139" w:rsidR="00BF4E92" w:rsidRPr="00625119" w:rsidRDefault="00D062C7">
      <w:pPr>
        <w:pStyle w:val="ListBullet"/>
        <w:rPr>
          <w:rFonts w:ascii="Calibri Light" w:hAnsi="Calibri Light" w:cs="Calibri Light"/>
          <w:sz w:val="18"/>
          <w:szCs w:val="18"/>
          <w:lang w:val="en-ZA"/>
        </w:rPr>
      </w:pPr>
      <w:r w:rsidRPr="00D062C7">
        <w:rPr>
          <w:rFonts w:ascii="Calibri Light" w:hAnsi="Calibri Light" w:cs="Calibri Light"/>
          <w:sz w:val="18"/>
          <w:szCs w:val="18"/>
          <w:lang w:val="en-ZA"/>
        </w:rPr>
        <w:t>Programme Resource and Gift</w:t>
      </w:r>
      <w:r w:rsidR="00BE46FB" w:rsidRPr="00625119">
        <w:rPr>
          <w:rFonts w:ascii="Calibri Light" w:hAnsi="Calibri Light" w:cs="Calibri Light"/>
          <w:sz w:val="18"/>
          <w:szCs w:val="18"/>
          <w:lang w:val="en-ZA"/>
        </w:rPr>
        <w:t>: A4 P/U Zip Around Folder with Calculator and  Noupoort</w:t>
      </w:r>
      <w:r w:rsidR="001B534B">
        <w:rPr>
          <w:rFonts w:ascii="Calibri Light" w:hAnsi="Calibri Light" w:cs="Calibri Light"/>
          <w:sz w:val="18"/>
          <w:szCs w:val="18"/>
          <w:lang w:val="en-ZA"/>
        </w:rPr>
        <w:t xml:space="preserve"> Wind Farm</w:t>
      </w:r>
      <w:r w:rsidR="00D04C91" w:rsidRPr="00625119">
        <w:rPr>
          <w:rFonts w:ascii="Calibri Light" w:hAnsi="Calibri Light" w:cs="Calibri Light"/>
          <w:sz w:val="18"/>
          <w:szCs w:val="18"/>
          <w:lang w:val="en-ZA"/>
        </w:rPr>
        <w:t>’</w:t>
      </w:r>
      <w:r w:rsidR="00BE46FB" w:rsidRPr="00625119">
        <w:rPr>
          <w:rFonts w:ascii="Calibri Light" w:hAnsi="Calibri Light" w:cs="Calibri Light"/>
          <w:sz w:val="18"/>
          <w:szCs w:val="18"/>
          <w:lang w:val="en-ZA"/>
        </w:rPr>
        <w:t>s Logo on it, Black Ball</w:t>
      </w:r>
      <w:r w:rsidR="00841EC4">
        <w:rPr>
          <w:rFonts w:ascii="Calibri Light" w:hAnsi="Calibri Light" w:cs="Calibri Light"/>
          <w:sz w:val="18"/>
          <w:szCs w:val="18"/>
          <w:lang w:val="en-ZA"/>
        </w:rPr>
        <w:t>point</w:t>
      </w:r>
      <w:r w:rsidR="00BE46FB" w:rsidRPr="00625119">
        <w:rPr>
          <w:rFonts w:ascii="Calibri Light" w:hAnsi="Calibri Light" w:cs="Calibri Light"/>
          <w:sz w:val="18"/>
          <w:szCs w:val="18"/>
          <w:lang w:val="en-ZA"/>
        </w:rPr>
        <w:t xml:space="preserve"> Pen. Please include delivery charges  to Noupoort Wind Farm ED Office. </w:t>
      </w:r>
      <w:r w:rsidR="004A6C1D" w:rsidRPr="00625119">
        <w:rPr>
          <w:rFonts w:ascii="Calibri Light" w:hAnsi="Calibri Light" w:cs="Calibri Light"/>
          <w:sz w:val="18"/>
          <w:szCs w:val="18"/>
          <w:lang w:val="en-ZA"/>
        </w:rPr>
        <w:t>Sample picture below.</w:t>
      </w:r>
    </w:p>
    <w:p w14:paraId="63F6E512" w14:textId="0C893707" w:rsidR="00F443C5" w:rsidRPr="00625119" w:rsidRDefault="00F443C5" w:rsidP="00423F7C">
      <w:pPr>
        <w:pStyle w:val="ListBullet"/>
        <w:numPr>
          <w:ilvl w:val="0"/>
          <w:numId w:val="0"/>
        </w:numPr>
        <w:ind w:left="360" w:hanging="360"/>
        <w:jc w:val="center"/>
        <w:rPr>
          <w:rFonts w:ascii="Calibri Light" w:hAnsi="Calibri Light" w:cs="Calibri Light"/>
          <w:sz w:val="18"/>
          <w:szCs w:val="18"/>
          <w:lang w:val="en-ZA"/>
        </w:rPr>
      </w:pPr>
    </w:p>
    <w:p w14:paraId="20F92283" w14:textId="7F260B9F" w:rsidR="00BE46FB" w:rsidRPr="00B36F91" w:rsidRDefault="00BE46FB" w:rsidP="00B36F91">
      <w:pPr>
        <w:pStyle w:val="ListBullet"/>
        <w:numPr>
          <w:ilvl w:val="0"/>
          <w:numId w:val="0"/>
        </w:numPr>
        <w:ind w:left="360" w:hanging="360"/>
        <w:jc w:val="center"/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noProof/>
          <w:sz w:val="18"/>
          <w:szCs w:val="18"/>
          <w:lang w:val="en-ZA"/>
        </w:rPr>
        <w:drawing>
          <wp:inline distT="0" distB="0" distL="0" distR="0" wp14:anchorId="2703B789" wp14:editId="4619A396">
            <wp:extent cx="2688820" cy="1344965"/>
            <wp:effectExtent l="0" t="0" r="0" b="7620"/>
            <wp:docPr id="353204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06" b="13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248" cy="135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80BFF" w14:textId="77777777" w:rsidR="00BE46FB" w:rsidRPr="00B36F91" w:rsidRDefault="00BE46FB" w:rsidP="00B36F91">
      <w:pPr>
        <w:pStyle w:val="ListBullet"/>
        <w:numPr>
          <w:ilvl w:val="0"/>
          <w:numId w:val="0"/>
        </w:numPr>
        <w:ind w:left="360" w:hanging="360"/>
        <w:rPr>
          <w:rFonts w:ascii="Calibri Light" w:hAnsi="Calibri Light" w:cs="Calibri Light"/>
          <w:sz w:val="18"/>
          <w:szCs w:val="18"/>
          <w:lang w:val="en-ZA"/>
        </w:rPr>
      </w:pPr>
    </w:p>
    <w:p w14:paraId="101DE1AA" w14:textId="6C21089D" w:rsidR="00BF4E92" w:rsidRPr="00B36F91" w:rsidRDefault="004F5176">
      <w:pPr>
        <w:pStyle w:val="ListBullet"/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 xml:space="preserve">The service provider is expected to deliver quality </w:t>
      </w:r>
      <w:r w:rsidR="005A39B9" w:rsidRPr="00B36F91">
        <w:rPr>
          <w:rFonts w:ascii="Calibri Light" w:hAnsi="Calibri Light" w:cs="Calibri Light"/>
          <w:sz w:val="18"/>
          <w:szCs w:val="18"/>
          <w:lang w:val="en-ZA"/>
        </w:rPr>
        <w:t xml:space="preserve">marketing </w:t>
      </w:r>
      <w:r w:rsidR="00AC0BFC" w:rsidRPr="00B36F91">
        <w:rPr>
          <w:rFonts w:ascii="Calibri Light" w:hAnsi="Calibri Light" w:cs="Calibri Light"/>
          <w:sz w:val="18"/>
          <w:szCs w:val="18"/>
          <w:lang w:val="en-ZA"/>
        </w:rPr>
        <w:t>material</w:t>
      </w:r>
      <w:r w:rsidRPr="00B36F91">
        <w:rPr>
          <w:rFonts w:ascii="Calibri Light" w:hAnsi="Calibri Light" w:cs="Calibri Light"/>
          <w:sz w:val="18"/>
          <w:szCs w:val="18"/>
          <w:lang w:val="en-ZA"/>
        </w:rPr>
        <w:t xml:space="preserve"> services for the duration of the </w:t>
      </w:r>
      <w:r w:rsidR="007F2029" w:rsidRPr="00B36F91">
        <w:rPr>
          <w:rFonts w:ascii="Calibri Light" w:hAnsi="Calibri Light" w:cs="Calibri Light"/>
          <w:sz w:val="18"/>
          <w:szCs w:val="18"/>
          <w:lang w:val="en-ZA"/>
        </w:rPr>
        <w:t xml:space="preserve">Noupoort </w:t>
      </w:r>
      <w:r w:rsidR="00826A5D" w:rsidRPr="00B36F91">
        <w:rPr>
          <w:rFonts w:ascii="Calibri Light" w:hAnsi="Calibri Light" w:cs="Calibri Light"/>
          <w:sz w:val="18"/>
          <w:szCs w:val="18"/>
          <w:lang w:val="en-ZA"/>
        </w:rPr>
        <w:t xml:space="preserve">Business </w:t>
      </w:r>
      <w:r w:rsidR="007F2029" w:rsidRPr="00B36F91">
        <w:rPr>
          <w:rFonts w:ascii="Calibri Light" w:hAnsi="Calibri Light" w:cs="Calibri Light"/>
          <w:sz w:val="18"/>
          <w:szCs w:val="18"/>
          <w:lang w:val="en-ZA"/>
        </w:rPr>
        <w:t xml:space="preserve">Empowerment </w:t>
      </w:r>
      <w:r w:rsidR="00826A5D" w:rsidRPr="00B36F91">
        <w:rPr>
          <w:rFonts w:ascii="Calibri Light" w:hAnsi="Calibri Light" w:cs="Calibri Light"/>
          <w:sz w:val="18"/>
          <w:szCs w:val="18"/>
          <w:lang w:val="en-ZA"/>
        </w:rPr>
        <w:t>Day</w:t>
      </w:r>
      <w:r w:rsidR="007F2029" w:rsidRPr="00B36F91">
        <w:rPr>
          <w:rFonts w:ascii="Calibri Light" w:hAnsi="Calibri Light" w:cs="Calibri Light"/>
          <w:sz w:val="18"/>
          <w:szCs w:val="18"/>
          <w:lang w:val="en-ZA"/>
        </w:rPr>
        <w:t xml:space="preserve"> Programme</w:t>
      </w:r>
      <w:r w:rsidRPr="00B36F91">
        <w:rPr>
          <w:rFonts w:ascii="Calibri Light" w:hAnsi="Calibri Light" w:cs="Calibri Light"/>
          <w:sz w:val="18"/>
          <w:szCs w:val="18"/>
          <w:lang w:val="en-ZA"/>
        </w:rPr>
        <w:t>.</w:t>
      </w:r>
    </w:p>
    <w:p w14:paraId="101DE1AB" w14:textId="77777777" w:rsidR="00BF4E92" w:rsidRPr="00B36F91" w:rsidRDefault="004F5176">
      <w:pPr>
        <w:pStyle w:val="Heading1"/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3. Proposal Submission Requirements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6538"/>
      </w:tblGrid>
      <w:tr w:rsidR="00BF4E92" w:rsidRPr="009D1F99" w14:paraId="101DE1AE" w14:textId="77777777" w:rsidTr="00AF22CC">
        <w:trPr>
          <w:jc w:val="center"/>
        </w:trPr>
        <w:tc>
          <w:tcPr>
            <w:tcW w:w="3686" w:type="dxa"/>
            <w:shd w:val="clear" w:color="auto" w:fill="D9E2F3"/>
            <w:vAlign w:val="center"/>
          </w:tcPr>
          <w:p w14:paraId="101DE1AC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szCs w:val="18"/>
                <w:lang w:val="en-ZA"/>
              </w:rPr>
              <w:t>Returnable / Requirement</w:t>
            </w:r>
          </w:p>
        </w:tc>
        <w:tc>
          <w:tcPr>
            <w:tcW w:w="6538" w:type="dxa"/>
            <w:shd w:val="clear" w:color="auto" w:fill="D9E2F3"/>
            <w:vAlign w:val="center"/>
          </w:tcPr>
          <w:p w14:paraId="101DE1AD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szCs w:val="18"/>
                <w:lang w:val="en-ZA"/>
              </w:rPr>
              <w:t>Details</w:t>
            </w:r>
          </w:p>
        </w:tc>
      </w:tr>
      <w:tr w:rsidR="00BF4E92" w:rsidRPr="009D1F99" w14:paraId="101DE1B1" w14:textId="77777777" w:rsidTr="00AF22CC">
        <w:trPr>
          <w:jc w:val="center"/>
        </w:trPr>
        <w:tc>
          <w:tcPr>
            <w:tcW w:w="3686" w:type="dxa"/>
            <w:vAlign w:val="center"/>
          </w:tcPr>
          <w:p w14:paraId="101DE1AF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szCs w:val="18"/>
                <w:lang w:val="en-ZA"/>
              </w:rPr>
              <w:t>Company Profile</w:t>
            </w:r>
          </w:p>
        </w:tc>
        <w:tc>
          <w:tcPr>
            <w:tcW w:w="6538" w:type="dxa"/>
            <w:vAlign w:val="center"/>
          </w:tcPr>
          <w:p w14:paraId="101DE1B0" w14:textId="4A545AEE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 xml:space="preserve">Overview of the company, services offered, years of operation, and relevant experience in delivering </w:t>
            </w:r>
            <w:r w:rsidR="005529DD"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marketing and branding material</w:t>
            </w: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.</w:t>
            </w:r>
          </w:p>
        </w:tc>
      </w:tr>
      <w:tr w:rsidR="00BF4E92" w:rsidRPr="009D1F99" w14:paraId="101DE1B4" w14:textId="77777777" w:rsidTr="00AF22CC">
        <w:trPr>
          <w:jc w:val="center"/>
        </w:trPr>
        <w:tc>
          <w:tcPr>
            <w:tcW w:w="3686" w:type="dxa"/>
            <w:vAlign w:val="center"/>
          </w:tcPr>
          <w:p w14:paraId="101DE1B2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szCs w:val="18"/>
                <w:lang w:val="en-ZA"/>
              </w:rPr>
              <w:t>Valid Company Registration Documents</w:t>
            </w:r>
          </w:p>
        </w:tc>
        <w:tc>
          <w:tcPr>
            <w:tcW w:w="6538" w:type="dxa"/>
            <w:vAlign w:val="center"/>
          </w:tcPr>
          <w:p w14:paraId="101DE1B3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CIPC registration certificate.</w:t>
            </w:r>
          </w:p>
        </w:tc>
      </w:tr>
      <w:tr w:rsidR="00BF4E92" w:rsidRPr="009D1F99" w14:paraId="101DE1B7" w14:textId="77777777" w:rsidTr="00AF22CC">
        <w:trPr>
          <w:jc w:val="center"/>
        </w:trPr>
        <w:tc>
          <w:tcPr>
            <w:tcW w:w="3686" w:type="dxa"/>
            <w:vAlign w:val="center"/>
          </w:tcPr>
          <w:p w14:paraId="101DE1B5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szCs w:val="18"/>
                <w:lang w:val="en-ZA"/>
              </w:rPr>
              <w:t>Tax Compliance</w:t>
            </w:r>
          </w:p>
        </w:tc>
        <w:tc>
          <w:tcPr>
            <w:tcW w:w="6538" w:type="dxa"/>
            <w:vAlign w:val="center"/>
          </w:tcPr>
          <w:p w14:paraId="101DE1B6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Current tax clearance certificate or SARS tax compliance status PIN.</w:t>
            </w:r>
          </w:p>
        </w:tc>
      </w:tr>
      <w:tr w:rsidR="00BF4E92" w:rsidRPr="009D1F99" w14:paraId="101DE1BA" w14:textId="77777777" w:rsidTr="00AF22CC">
        <w:trPr>
          <w:jc w:val="center"/>
        </w:trPr>
        <w:tc>
          <w:tcPr>
            <w:tcW w:w="3686" w:type="dxa"/>
            <w:vAlign w:val="center"/>
          </w:tcPr>
          <w:p w14:paraId="101DE1B8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szCs w:val="18"/>
                <w:lang w:val="en-ZA"/>
              </w:rPr>
              <w:t>Banking Confirmation</w:t>
            </w:r>
          </w:p>
        </w:tc>
        <w:tc>
          <w:tcPr>
            <w:tcW w:w="6538" w:type="dxa"/>
            <w:vAlign w:val="center"/>
          </w:tcPr>
          <w:p w14:paraId="101DE1B9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Recent letter from the bank confirming the business bank account.</w:t>
            </w:r>
          </w:p>
        </w:tc>
      </w:tr>
      <w:tr w:rsidR="00BF4E92" w:rsidRPr="009D1F99" w14:paraId="101DE1BD" w14:textId="77777777" w:rsidTr="00AF22CC">
        <w:trPr>
          <w:jc w:val="center"/>
        </w:trPr>
        <w:tc>
          <w:tcPr>
            <w:tcW w:w="3686" w:type="dxa"/>
            <w:vAlign w:val="center"/>
          </w:tcPr>
          <w:p w14:paraId="101DE1BB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szCs w:val="18"/>
                <w:lang w:val="en-ZA"/>
              </w:rPr>
              <w:t>B-BBEE</w:t>
            </w:r>
          </w:p>
        </w:tc>
        <w:tc>
          <w:tcPr>
            <w:tcW w:w="6538" w:type="dxa"/>
            <w:vAlign w:val="center"/>
          </w:tcPr>
          <w:p w14:paraId="101DE1BC" w14:textId="77777777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Valid B-BBEE affidavit or certificate.</w:t>
            </w:r>
          </w:p>
        </w:tc>
      </w:tr>
      <w:tr w:rsidR="00BF4E92" w:rsidRPr="009D1F99" w14:paraId="101DE1CF" w14:textId="77777777" w:rsidTr="00AF22CC">
        <w:trPr>
          <w:jc w:val="center"/>
        </w:trPr>
        <w:tc>
          <w:tcPr>
            <w:tcW w:w="3686" w:type="dxa"/>
            <w:vAlign w:val="center"/>
          </w:tcPr>
          <w:p w14:paraId="101DE1CD" w14:textId="3BACA726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b/>
                <w:sz w:val="18"/>
                <w:szCs w:val="18"/>
                <w:lang w:val="en-ZA"/>
              </w:rPr>
              <w:t>Quotation</w:t>
            </w:r>
          </w:p>
        </w:tc>
        <w:tc>
          <w:tcPr>
            <w:tcW w:w="6538" w:type="dxa"/>
            <w:vAlign w:val="center"/>
          </w:tcPr>
          <w:p w14:paraId="101DE1CE" w14:textId="6995348B" w:rsidR="00BF4E92" w:rsidRPr="00B36F91" w:rsidRDefault="004F5176">
            <w:p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Completed quotation.</w:t>
            </w:r>
          </w:p>
        </w:tc>
      </w:tr>
    </w:tbl>
    <w:p w14:paraId="101DE1D0" w14:textId="77777777" w:rsidR="00BF4E92" w:rsidRPr="00B36F91" w:rsidRDefault="004F5176">
      <w:pPr>
        <w:pStyle w:val="Heading1"/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lastRenderedPageBreak/>
        <w:t>4. Tender Returnable Checklist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4819"/>
      </w:tblGrid>
      <w:tr w:rsidR="008D389C" w:rsidRPr="009D1F99" w14:paraId="101DE1D3" w14:textId="77777777" w:rsidTr="008D389C">
        <w:tc>
          <w:tcPr>
            <w:tcW w:w="5022" w:type="dxa"/>
          </w:tcPr>
          <w:p w14:paraId="101DE1D1" w14:textId="77777777" w:rsidR="008D389C" w:rsidRPr="00B36F91" w:rsidRDefault="008D389C" w:rsidP="00C126F6">
            <w:pPr>
              <w:pStyle w:val="ListNumber"/>
              <w:ind w:left="0" w:firstLine="0"/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Certified copy of CIPC document</w:t>
            </w: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ab/>
            </w: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ab/>
            </w: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ab/>
            </w:r>
          </w:p>
        </w:tc>
        <w:tc>
          <w:tcPr>
            <w:tcW w:w="4819" w:type="dxa"/>
          </w:tcPr>
          <w:p w14:paraId="101DE1D2" w14:textId="77777777" w:rsidR="008D389C" w:rsidRPr="00B36F91" w:rsidRDefault="008D389C" w:rsidP="00C126F6">
            <w:pPr>
              <w:pStyle w:val="ListNumber"/>
              <w:ind w:left="0" w:firstLine="0"/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Original or certified valid B-BBEE verification certificate</w:t>
            </w:r>
          </w:p>
        </w:tc>
      </w:tr>
      <w:tr w:rsidR="008D389C" w:rsidRPr="009D1F99" w14:paraId="101DE1D6" w14:textId="77777777" w:rsidTr="008D389C">
        <w:tc>
          <w:tcPr>
            <w:tcW w:w="5022" w:type="dxa"/>
          </w:tcPr>
          <w:p w14:paraId="101DE1D4" w14:textId="77777777" w:rsidR="008D389C" w:rsidRPr="00B36F91" w:rsidRDefault="008D389C" w:rsidP="00C126F6">
            <w:pPr>
              <w:pStyle w:val="ListNumber"/>
              <w:ind w:left="0" w:firstLine="0"/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Original SARS Tax Clearance Certificate</w:t>
            </w:r>
          </w:p>
        </w:tc>
        <w:tc>
          <w:tcPr>
            <w:tcW w:w="4819" w:type="dxa"/>
          </w:tcPr>
          <w:p w14:paraId="101DE1D5" w14:textId="77777777" w:rsidR="008D389C" w:rsidRPr="00B36F91" w:rsidRDefault="008D389C" w:rsidP="00C126F6">
            <w:pPr>
              <w:pStyle w:val="ListNumber"/>
              <w:ind w:left="0" w:firstLine="0"/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  <w:r w:rsidRPr="00B36F91">
              <w:rPr>
                <w:rFonts w:ascii="Calibri Light" w:hAnsi="Calibri Light" w:cs="Calibri Light"/>
                <w:sz w:val="18"/>
                <w:szCs w:val="18"/>
                <w:lang w:val="en-ZA"/>
              </w:rPr>
              <w:t>Recent letter from bank confirming business bank account</w:t>
            </w:r>
          </w:p>
        </w:tc>
      </w:tr>
      <w:tr w:rsidR="008D389C" w:rsidRPr="009D1F99" w14:paraId="101DE1D9" w14:textId="77777777" w:rsidTr="008D389C">
        <w:tc>
          <w:tcPr>
            <w:tcW w:w="5022" w:type="dxa"/>
          </w:tcPr>
          <w:p w14:paraId="101DE1D7" w14:textId="1C0DAD3D" w:rsidR="008D389C" w:rsidRPr="00B36F91" w:rsidRDefault="008D389C" w:rsidP="00B36F91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</w:p>
        </w:tc>
        <w:tc>
          <w:tcPr>
            <w:tcW w:w="4819" w:type="dxa"/>
          </w:tcPr>
          <w:p w14:paraId="101DE1D8" w14:textId="53BBB07C" w:rsidR="008D389C" w:rsidRPr="00B36F91" w:rsidRDefault="008D389C" w:rsidP="00B36F91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</w:p>
        </w:tc>
      </w:tr>
      <w:tr w:rsidR="008D389C" w:rsidRPr="009D1F99" w14:paraId="101DE1DB" w14:textId="77777777" w:rsidTr="008D389C">
        <w:tc>
          <w:tcPr>
            <w:tcW w:w="9841" w:type="dxa"/>
            <w:gridSpan w:val="2"/>
          </w:tcPr>
          <w:p w14:paraId="101DE1DA" w14:textId="626E6F25" w:rsidR="008D389C" w:rsidRPr="00B36F91" w:rsidRDefault="008D389C" w:rsidP="00B36F91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18"/>
                <w:szCs w:val="18"/>
                <w:lang w:val="en-ZA"/>
              </w:rPr>
            </w:pPr>
          </w:p>
        </w:tc>
      </w:tr>
    </w:tbl>
    <w:p w14:paraId="101DE1DC" w14:textId="77777777" w:rsidR="00BF4E92" w:rsidRPr="00B36F91" w:rsidRDefault="004F5176">
      <w:pPr>
        <w:pStyle w:val="Heading1"/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6. Evaluation Criteria</w:t>
      </w:r>
    </w:p>
    <w:p w14:paraId="101DE1DD" w14:textId="77777777" w:rsidR="00BF4E92" w:rsidRPr="00B36F91" w:rsidRDefault="004F5176">
      <w:pPr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Noupoort Wind Farm (RF) (Pty) Ltd Evaluation Criteria apply</w:t>
      </w:r>
      <w:r w:rsidR="008D389C" w:rsidRPr="00B36F91">
        <w:rPr>
          <w:rFonts w:ascii="Calibri Light" w:hAnsi="Calibri Light" w:cs="Calibri Light"/>
          <w:sz w:val="18"/>
          <w:szCs w:val="18"/>
          <w:lang w:val="en-ZA"/>
        </w:rPr>
        <w:t>:  Price 70%  |  Functionality and/or experience 15%  |  Location 10%  |  B-BBEE rating 5%</w:t>
      </w:r>
    </w:p>
    <w:p w14:paraId="101DE1DE" w14:textId="77777777" w:rsidR="00BF4E92" w:rsidRPr="00B36F91" w:rsidRDefault="004F5176">
      <w:pPr>
        <w:pStyle w:val="Heading1"/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7. Conditions of Purchase and Rights Reserved</w:t>
      </w:r>
    </w:p>
    <w:p w14:paraId="101DE1DF" w14:textId="77777777" w:rsidR="00BF4E92" w:rsidRPr="00B36F91" w:rsidRDefault="004F5176" w:rsidP="00AF22CC">
      <w:pPr>
        <w:pStyle w:val="ListParagraph"/>
        <w:numPr>
          <w:ilvl w:val="0"/>
          <w:numId w:val="10"/>
        </w:numPr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Noupoort Wind Farm (RF) (Pty) Ltd General Terms and Conditions will apply. These are to be requested.</w:t>
      </w:r>
    </w:p>
    <w:p w14:paraId="101DE1E0" w14:textId="77777777" w:rsidR="00BF4E92" w:rsidRPr="00B36F91" w:rsidRDefault="004F5176" w:rsidP="00AF22CC">
      <w:pPr>
        <w:pStyle w:val="ListParagraph"/>
        <w:numPr>
          <w:ilvl w:val="0"/>
          <w:numId w:val="10"/>
        </w:numPr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Noupoort Wind Farm (RF) (Pty) Ltd reserves the right to cancel this and any other RFQ at any stage of the process without prior notification.</w:t>
      </w:r>
    </w:p>
    <w:p w14:paraId="101DE1E1" w14:textId="77777777" w:rsidR="00BF4E92" w:rsidRPr="00B36F91" w:rsidRDefault="004F5176" w:rsidP="00AF22CC">
      <w:pPr>
        <w:pStyle w:val="ListParagraph"/>
        <w:numPr>
          <w:ilvl w:val="0"/>
          <w:numId w:val="10"/>
        </w:numPr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The company reserves the right to cancel this application for project proposals at any time.</w:t>
      </w:r>
    </w:p>
    <w:p w14:paraId="101DE1E2" w14:textId="77777777" w:rsidR="00BF4E92" w:rsidRPr="00B36F91" w:rsidRDefault="004F5176">
      <w:pPr>
        <w:pStyle w:val="Heading1"/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sz w:val="18"/>
          <w:szCs w:val="18"/>
          <w:lang w:val="en-ZA"/>
        </w:rPr>
        <w:t>8. Enquiries</w:t>
      </w:r>
    </w:p>
    <w:p w14:paraId="101DE1E3" w14:textId="77777777" w:rsidR="00BF4E92" w:rsidRPr="00B36F91" w:rsidRDefault="004F5176" w:rsidP="00932658">
      <w:pPr>
        <w:pStyle w:val="ListParagraph"/>
        <w:numPr>
          <w:ilvl w:val="0"/>
          <w:numId w:val="11"/>
        </w:numPr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b/>
          <w:sz w:val="18"/>
          <w:szCs w:val="18"/>
          <w:lang w:val="en-ZA"/>
        </w:rPr>
        <w:t xml:space="preserve">Enquiry contact: </w:t>
      </w:r>
      <w:r w:rsidRPr="00B36F91">
        <w:rPr>
          <w:rFonts w:ascii="Calibri Light" w:hAnsi="Calibri Light" w:cs="Calibri Light"/>
          <w:sz w:val="18"/>
          <w:szCs w:val="18"/>
          <w:lang w:val="en-ZA"/>
        </w:rPr>
        <w:t>Sal Jordaan</w:t>
      </w:r>
    </w:p>
    <w:p w14:paraId="101DE1E4" w14:textId="77777777" w:rsidR="00BF4E92" w:rsidRPr="00B36F91" w:rsidRDefault="004F5176" w:rsidP="00932658">
      <w:pPr>
        <w:pStyle w:val="ListParagraph"/>
        <w:numPr>
          <w:ilvl w:val="0"/>
          <w:numId w:val="11"/>
        </w:numPr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b/>
          <w:sz w:val="18"/>
          <w:szCs w:val="18"/>
          <w:lang w:val="en-ZA"/>
        </w:rPr>
        <w:t xml:space="preserve">Telephone: </w:t>
      </w:r>
      <w:r w:rsidRPr="00B36F91">
        <w:rPr>
          <w:rFonts w:ascii="Calibri Light" w:hAnsi="Calibri Light" w:cs="Calibri Light"/>
          <w:sz w:val="18"/>
          <w:szCs w:val="18"/>
          <w:lang w:val="en-ZA"/>
        </w:rPr>
        <w:t>083 557 3703</w:t>
      </w:r>
    </w:p>
    <w:p w14:paraId="101DE1E6" w14:textId="39E32B57" w:rsidR="00BF4E92" w:rsidRPr="00B36F91" w:rsidRDefault="004F5176" w:rsidP="00CC159D">
      <w:pPr>
        <w:pStyle w:val="ListParagraph"/>
        <w:numPr>
          <w:ilvl w:val="0"/>
          <w:numId w:val="11"/>
        </w:numPr>
        <w:rPr>
          <w:rFonts w:ascii="Calibri Light" w:hAnsi="Calibri Light" w:cs="Calibri Light"/>
          <w:sz w:val="18"/>
          <w:szCs w:val="18"/>
          <w:lang w:val="en-ZA"/>
        </w:rPr>
      </w:pPr>
      <w:r w:rsidRPr="00B36F91">
        <w:rPr>
          <w:rFonts w:ascii="Calibri Light" w:hAnsi="Calibri Light" w:cs="Calibri Light"/>
          <w:b/>
          <w:sz w:val="18"/>
          <w:szCs w:val="18"/>
          <w:lang w:val="en-ZA"/>
        </w:rPr>
        <w:t xml:space="preserve">RFQ contact / submission email: </w:t>
      </w:r>
      <w:r w:rsidRPr="00B36F91">
        <w:rPr>
          <w:rFonts w:ascii="Calibri Light" w:hAnsi="Calibri Light" w:cs="Calibri Light"/>
          <w:sz w:val="18"/>
          <w:szCs w:val="18"/>
          <w:lang w:val="en-ZA"/>
        </w:rPr>
        <w:t>Yonela Sakati – Yonela.sakati@weareinfinitypower.co</w:t>
      </w:r>
      <w:r w:rsidR="00057924" w:rsidRPr="00B36F91">
        <w:rPr>
          <w:rFonts w:ascii="Calibri Light" w:hAnsi="Calibri Light" w:cs="Calibri Light"/>
          <w:sz w:val="18"/>
          <w:szCs w:val="18"/>
          <w:lang w:val="en-ZA"/>
        </w:rPr>
        <w:t>m</w:t>
      </w:r>
    </w:p>
    <w:sectPr w:rsidR="00BF4E92" w:rsidRPr="00B36F91" w:rsidSect="008D389C">
      <w:headerReference w:type="default" r:id="rId13"/>
      <w:pgSz w:w="12240" w:h="15840"/>
      <w:pgMar w:top="851" w:right="907" w:bottom="851" w:left="907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Gwynne Borcherds" w:date="2026-10-06T05:46:00Z" w:initials="GB">
    <w:p w14:paraId="0C0E00DB" w14:textId="77777777" w:rsidR="005D267E" w:rsidRDefault="005D267E" w:rsidP="005D267E">
      <w:pPr>
        <w:pStyle w:val="CommentText"/>
      </w:pPr>
      <w:r>
        <w:rPr>
          <w:rStyle w:val="CommentReference"/>
        </w:rPr>
        <w:annotationRef/>
      </w:r>
      <w:r>
        <w:t>Update please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0E00D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05B1D6E" w16cex:dateUtc="2026-10-06T03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0E00DB" w16cid:durableId="405B1D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7D1ED" w14:textId="77777777" w:rsidR="003C1DF2" w:rsidRDefault="003C1DF2" w:rsidP="00AF22CC">
      <w:pPr>
        <w:spacing w:after="0" w:line="240" w:lineRule="auto"/>
      </w:pPr>
      <w:r>
        <w:separator/>
      </w:r>
    </w:p>
  </w:endnote>
  <w:endnote w:type="continuationSeparator" w:id="0">
    <w:p w14:paraId="6B95E3D1" w14:textId="77777777" w:rsidR="003C1DF2" w:rsidRDefault="003C1DF2" w:rsidP="00AF2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6AD6" w14:textId="77777777" w:rsidR="003C1DF2" w:rsidRDefault="003C1DF2" w:rsidP="00AF22CC">
      <w:pPr>
        <w:spacing w:after="0" w:line="240" w:lineRule="auto"/>
      </w:pPr>
      <w:r>
        <w:separator/>
      </w:r>
    </w:p>
  </w:footnote>
  <w:footnote w:type="continuationSeparator" w:id="0">
    <w:p w14:paraId="532E9F98" w14:textId="77777777" w:rsidR="003C1DF2" w:rsidRDefault="003C1DF2" w:rsidP="00AF2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DE1EB" w14:textId="77777777" w:rsidR="00AF22CC" w:rsidRPr="00AF22CC" w:rsidRDefault="00AF22CC" w:rsidP="00AF22CC">
    <w:pPr>
      <w:pStyle w:val="Header"/>
    </w:pPr>
    <w:r>
      <w:rPr>
        <w:noProof/>
        <w:lang w:val="en-ZA" w:eastAsia="en-ZA"/>
      </w:rPr>
      <w:drawing>
        <wp:inline distT="0" distB="0" distL="0" distR="0" wp14:anchorId="101DE1EC" wp14:editId="101DE1ED">
          <wp:extent cx="759749" cy="434340"/>
          <wp:effectExtent l="0" t="0" r="2540" b="3810"/>
          <wp:docPr id="1" name="Picture 1" descr="C:\Users\Tina Meier\AppData\Local\Microsoft\Windows\INetCache\Content.Word\Noupoort Fin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ina Meier\AppData\Local\Microsoft\Windows\INetCache\Content.Word\Noupoort Final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825" cy="436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BA6315"/>
    <w:multiLevelType w:val="hybridMultilevel"/>
    <w:tmpl w:val="F48AFA5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217461"/>
    <w:multiLevelType w:val="hybridMultilevel"/>
    <w:tmpl w:val="EAEC18C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4580412">
    <w:abstractNumId w:val="8"/>
  </w:num>
  <w:num w:numId="2" w16cid:durableId="307442241">
    <w:abstractNumId w:val="6"/>
  </w:num>
  <w:num w:numId="3" w16cid:durableId="1758673296">
    <w:abstractNumId w:val="5"/>
  </w:num>
  <w:num w:numId="4" w16cid:durableId="820540190">
    <w:abstractNumId w:val="4"/>
  </w:num>
  <w:num w:numId="5" w16cid:durableId="755978067">
    <w:abstractNumId w:val="7"/>
  </w:num>
  <w:num w:numId="6" w16cid:durableId="325015066">
    <w:abstractNumId w:val="3"/>
  </w:num>
  <w:num w:numId="7" w16cid:durableId="491872702">
    <w:abstractNumId w:val="2"/>
  </w:num>
  <w:num w:numId="8" w16cid:durableId="547835276">
    <w:abstractNumId w:val="1"/>
  </w:num>
  <w:num w:numId="9" w16cid:durableId="1892114562">
    <w:abstractNumId w:val="0"/>
  </w:num>
  <w:num w:numId="10" w16cid:durableId="1427119575">
    <w:abstractNumId w:val="9"/>
  </w:num>
  <w:num w:numId="11" w16cid:durableId="19201715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wynne Borcherds">
    <w15:presenceInfo w15:providerId="AD" w15:userId="S::gwynne.borcherds@weareinfinitypower.com::9fd9b091-fa00-411d-90d9-bdeb791651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40A"/>
    <w:rsid w:val="000471E4"/>
    <w:rsid w:val="00051684"/>
    <w:rsid w:val="00057924"/>
    <w:rsid w:val="0006063C"/>
    <w:rsid w:val="00062039"/>
    <w:rsid w:val="00097BE0"/>
    <w:rsid w:val="000A1CDA"/>
    <w:rsid w:val="000C47EB"/>
    <w:rsid w:val="000F25A6"/>
    <w:rsid w:val="00101DD0"/>
    <w:rsid w:val="001264CA"/>
    <w:rsid w:val="001426C9"/>
    <w:rsid w:val="0015074B"/>
    <w:rsid w:val="00163DBF"/>
    <w:rsid w:val="00196EE4"/>
    <w:rsid w:val="001B534B"/>
    <w:rsid w:val="001D70BF"/>
    <w:rsid w:val="001E0186"/>
    <w:rsid w:val="001E1BBC"/>
    <w:rsid w:val="001E633B"/>
    <w:rsid w:val="002411E1"/>
    <w:rsid w:val="0029639D"/>
    <w:rsid w:val="002E63BB"/>
    <w:rsid w:val="002F0F14"/>
    <w:rsid w:val="00326F90"/>
    <w:rsid w:val="003474B0"/>
    <w:rsid w:val="00387EF6"/>
    <w:rsid w:val="003A46DF"/>
    <w:rsid w:val="003C1DF2"/>
    <w:rsid w:val="003C753B"/>
    <w:rsid w:val="00400994"/>
    <w:rsid w:val="00401379"/>
    <w:rsid w:val="00423F7C"/>
    <w:rsid w:val="00435D3C"/>
    <w:rsid w:val="004744F7"/>
    <w:rsid w:val="004A6C1D"/>
    <w:rsid w:val="004C25FA"/>
    <w:rsid w:val="004F5176"/>
    <w:rsid w:val="004F72BC"/>
    <w:rsid w:val="005071A4"/>
    <w:rsid w:val="005151C3"/>
    <w:rsid w:val="0052278D"/>
    <w:rsid w:val="00541B18"/>
    <w:rsid w:val="005529DD"/>
    <w:rsid w:val="00571FFC"/>
    <w:rsid w:val="0058736A"/>
    <w:rsid w:val="005945FB"/>
    <w:rsid w:val="005A39B9"/>
    <w:rsid w:val="005D267E"/>
    <w:rsid w:val="005D29BA"/>
    <w:rsid w:val="006029C9"/>
    <w:rsid w:val="00602BC1"/>
    <w:rsid w:val="00624392"/>
    <w:rsid w:val="00625119"/>
    <w:rsid w:val="00634B15"/>
    <w:rsid w:val="0063747F"/>
    <w:rsid w:val="006A46CD"/>
    <w:rsid w:val="006B2D39"/>
    <w:rsid w:val="006B3A14"/>
    <w:rsid w:val="006C66BD"/>
    <w:rsid w:val="00707935"/>
    <w:rsid w:val="007224EB"/>
    <w:rsid w:val="007305FE"/>
    <w:rsid w:val="0073213E"/>
    <w:rsid w:val="00744647"/>
    <w:rsid w:val="00745814"/>
    <w:rsid w:val="007F2029"/>
    <w:rsid w:val="00820D95"/>
    <w:rsid w:val="00826A5D"/>
    <w:rsid w:val="00841EC4"/>
    <w:rsid w:val="008B11C3"/>
    <w:rsid w:val="008D389C"/>
    <w:rsid w:val="008E1C73"/>
    <w:rsid w:val="00923951"/>
    <w:rsid w:val="00924AC7"/>
    <w:rsid w:val="00932658"/>
    <w:rsid w:val="00936FE4"/>
    <w:rsid w:val="00946DBD"/>
    <w:rsid w:val="009640A1"/>
    <w:rsid w:val="009A7AE5"/>
    <w:rsid w:val="009D1F99"/>
    <w:rsid w:val="00A5767C"/>
    <w:rsid w:val="00A8402E"/>
    <w:rsid w:val="00A9151B"/>
    <w:rsid w:val="00AA1D8D"/>
    <w:rsid w:val="00AA6085"/>
    <w:rsid w:val="00AC0BFC"/>
    <w:rsid w:val="00AE258B"/>
    <w:rsid w:val="00AF22CC"/>
    <w:rsid w:val="00B066CD"/>
    <w:rsid w:val="00B24ED8"/>
    <w:rsid w:val="00B36F91"/>
    <w:rsid w:val="00B43E0B"/>
    <w:rsid w:val="00B47730"/>
    <w:rsid w:val="00B50A33"/>
    <w:rsid w:val="00B536EF"/>
    <w:rsid w:val="00B82574"/>
    <w:rsid w:val="00B92759"/>
    <w:rsid w:val="00BA5E5F"/>
    <w:rsid w:val="00BB7EBC"/>
    <w:rsid w:val="00BC32A5"/>
    <w:rsid w:val="00BE46FB"/>
    <w:rsid w:val="00BF4E92"/>
    <w:rsid w:val="00C25D8D"/>
    <w:rsid w:val="00C41E85"/>
    <w:rsid w:val="00C73795"/>
    <w:rsid w:val="00C96671"/>
    <w:rsid w:val="00CA6BAE"/>
    <w:rsid w:val="00CB0664"/>
    <w:rsid w:val="00CB5718"/>
    <w:rsid w:val="00CC159D"/>
    <w:rsid w:val="00CC5AD0"/>
    <w:rsid w:val="00CD3095"/>
    <w:rsid w:val="00D009A0"/>
    <w:rsid w:val="00D04C91"/>
    <w:rsid w:val="00D062C7"/>
    <w:rsid w:val="00D64EAC"/>
    <w:rsid w:val="00DA04BB"/>
    <w:rsid w:val="00DD5758"/>
    <w:rsid w:val="00DD7EC3"/>
    <w:rsid w:val="00DD7F84"/>
    <w:rsid w:val="00E06FAE"/>
    <w:rsid w:val="00E41884"/>
    <w:rsid w:val="00E42AE2"/>
    <w:rsid w:val="00E42D37"/>
    <w:rsid w:val="00E55AD9"/>
    <w:rsid w:val="00E90820"/>
    <w:rsid w:val="00EC6BEE"/>
    <w:rsid w:val="00F10FE4"/>
    <w:rsid w:val="00F443C5"/>
    <w:rsid w:val="00F54424"/>
    <w:rsid w:val="00F75222"/>
    <w:rsid w:val="00FA70D5"/>
    <w:rsid w:val="00FB2B61"/>
    <w:rsid w:val="00FC693F"/>
    <w:rsid w:val="00FE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DE188"/>
  <w14:defaultImageDpi w14:val="300"/>
  <w15:docId w15:val="{7E9F55BC-968A-4D44-BB72-F80B6330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2E63BB"/>
    <w:pPr>
      <w:spacing w:after="0" w:line="240" w:lineRule="auto"/>
    </w:pPr>
    <w:rPr>
      <w:rFonts w:ascii="Arial" w:hAnsi="Arial"/>
      <w:sz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5D26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6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67E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6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67E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6E3D8A-E39A-475B-9914-6EF9938D4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2486</Characters>
  <Application>Microsoft Office Word</Application>
  <DocSecurity>0</DocSecurity>
  <Lines>77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Salzonia Jordaan</cp:lastModifiedBy>
  <cp:revision>2</cp:revision>
  <dcterms:created xsi:type="dcterms:W3CDTF">2026-10-06T12:33:00Z</dcterms:created>
  <dcterms:modified xsi:type="dcterms:W3CDTF">2026-10-06T12:33:00Z</dcterms:modified>
  <cp:category/>
</cp:coreProperties>
</file>