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DE188" w14:textId="77777777" w:rsidR="00BF4E92" w:rsidRPr="00C17C81" w:rsidRDefault="004F5176">
      <w:pPr>
        <w:jc w:val="center"/>
        <w:rPr>
          <w:rFonts w:ascii="Calibri" w:hAnsi="Calibri" w:cs="Calibri"/>
          <w:sz w:val="22"/>
          <w:lang w:val="en-ZA"/>
        </w:rPr>
      </w:pPr>
      <w:r w:rsidRPr="00C17C81">
        <w:rPr>
          <w:rFonts w:ascii="Calibri" w:hAnsi="Calibri" w:cs="Calibri"/>
          <w:b/>
          <w:sz w:val="22"/>
          <w:lang w:val="en-ZA"/>
        </w:rPr>
        <w:t>NOUPOORT WIND FARM (RF) (PTY) LTD</w:t>
      </w:r>
    </w:p>
    <w:p w14:paraId="101DE189" w14:textId="77777777" w:rsidR="00BF4E92" w:rsidRPr="00C17C81" w:rsidRDefault="004F5176">
      <w:pPr>
        <w:jc w:val="center"/>
        <w:rPr>
          <w:rFonts w:ascii="Calibri" w:hAnsi="Calibri" w:cs="Calibri"/>
          <w:sz w:val="22"/>
          <w:lang w:val="en-ZA"/>
        </w:rPr>
      </w:pPr>
      <w:r w:rsidRPr="00C17C81">
        <w:rPr>
          <w:rFonts w:ascii="Calibri" w:hAnsi="Calibri" w:cs="Calibri"/>
          <w:b/>
          <w:sz w:val="22"/>
          <w:lang w:val="en-ZA"/>
        </w:rPr>
        <w:t>INVITATION TO QUOTE / REQUEST FOR QUOTATION (RFQ)</w:t>
      </w:r>
    </w:p>
    <w:p w14:paraId="101DE18A" w14:textId="5294FAEF" w:rsidR="00BF4E92" w:rsidRPr="00C17C81" w:rsidRDefault="00BC20BE">
      <w:pPr>
        <w:jc w:val="center"/>
        <w:rPr>
          <w:rFonts w:ascii="Calibri" w:hAnsi="Calibri" w:cs="Calibri"/>
          <w:sz w:val="20"/>
          <w:szCs w:val="20"/>
          <w:lang w:val="en-ZA"/>
        </w:rPr>
      </w:pPr>
      <w:r w:rsidRPr="00C17C81">
        <w:rPr>
          <w:rFonts w:ascii="Calibri" w:hAnsi="Calibri" w:cs="Calibri"/>
          <w:b/>
          <w:sz w:val="20"/>
          <w:szCs w:val="20"/>
          <w:lang w:val="en-ZA"/>
        </w:rPr>
        <w:t xml:space="preserve">Event Coordination </w:t>
      </w:r>
      <w:r w:rsidR="004F5176" w:rsidRPr="00C17C81">
        <w:rPr>
          <w:rFonts w:ascii="Calibri" w:hAnsi="Calibri" w:cs="Calibri"/>
          <w:b/>
          <w:sz w:val="20"/>
          <w:szCs w:val="20"/>
          <w:lang w:val="en-ZA"/>
        </w:rPr>
        <w:t xml:space="preserve">Services – </w:t>
      </w:r>
      <w:r w:rsidR="00624392" w:rsidRPr="00C17C81">
        <w:rPr>
          <w:rFonts w:ascii="Calibri" w:hAnsi="Calibri" w:cs="Calibri"/>
          <w:b/>
          <w:sz w:val="20"/>
          <w:szCs w:val="20"/>
          <w:lang w:val="en-ZA"/>
        </w:rPr>
        <w:t xml:space="preserve">Noupoort </w:t>
      </w:r>
      <w:r w:rsidR="00AF28D5" w:rsidRPr="00C17C81">
        <w:rPr>
          <w:rFonts w:ascii="Calibri" w:hAnsi="Calibri" w:cs="Calibri"/>
          <w:b/>
          <w:sz w:val="20"/>
          <w:szCs w:val="20"/>
          <w:lang w:val="en-ZA"/>
        </w:rPr>
        <w:t xml:space="preserve">Business </w:t>
      </w:r>
      <w:r w:rsidR="00624392" w:rsidRPr="00C17C81">
        <w:rPr>
          <w:rFonts w:ascii="Calibri" w:hAnsi="Calibri" w:cs="Calibri"/>
          <w:b/>
          <w:sz w:val="20"/>
          <w:szCs w:val="20"/>
          <w:lang w:val="en-ZA"/>
        </w:rPr>
        <w:t>Empower</w:t>
      </w:r>
      <w:r w:rsidR="00AF28D5" w:rsidRPr="00C17C81">
        <w:rPr>
          <w:rFonts w:ascii="Calibri" w:hAnsi="Calibri" w:cs="Calibri"/>
          <w:b/>
          <w:sz w:val="20"/>
          <w:szCs w:val="20"/>
          <w:lang w:val="en-ZA"/>
        </w:rPr>
        <w:t>ment</w:t>
      </w:r>
      <w:r w:rsidR="00624392" w:rsidRPr="00C17C81">
        <w:rPr>
          <w:rFonts w:ascii="Calibri" w:hAnsi="Calibri" w:cs="Calibri"/>
          <w:b/>
          <w:sz w:val="20"/>
          <w:szCs w:val="20"/>
          <w:lang w:val="en-ZA"/>
        </w:rPr>
        <w:t xml:space="preserve"> Day</w:t>
      </w:r>
    </w:p>
    <w:tbl>
      <w:tblPr>
        <w:tblStyle w:val="TableGrid"/>
        <w:tblW w:w="10598" w:type="dxa"/>
        <w:jc w:val="center"/>
        <w:tblLook w:val="04A0" w:firstRow="1" w:lastRow="0" w:firstColumn="1" w:lastColumn="0" w:noHBand="0" w:noVBand="1"/>
      </w:tblPr>
      <w:tblGrid>
        <w:gridCol w:w="2093"/>
        <w:gridCol w:w="3623"/>
        <w:gridCol w:w="1763"/>
        <w:gridCol w:w="3119"/>
      </w:tblGrid>
      <w:tr w:rsidR="00BF4E92" w:rsidRPr="00C17C81" w14:paraId="101DE18F" w14:textId="77777777" w:rsidTr="00AF22CC">
        <w:trPr>
          <w:jc w:val="center"/>
        </w:trPr>
        <w:tc>
          <w:tcPr>
            <w:tcW w:w="2093" w:type="dxa"/>
            <w:shd w:val="clear" w:color="auto" w:fill="EAF0F7"/>
            <w:vAlign w:val="center"/>
          </w:tcPr>
          <w:p w14:paraId="101DE18B"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Enquiry Number</w:t>
            </w:r>
          </w:p>
        </w:tc>
        <w:tc>
          <w:tcPr>
            <w:tcW w:w="3623" w:type="dxa"/>
            <w:vAlign w:val="center"/>
          </w:tcPr>
          <w:p w14:paraId="101DE18C" w14:textId="0471CF98" w:rsidR="00BF4E92" w:rsidRPr="00C17C81" w:rsidRDefault="004F5176">
            <w:pPr>
              <w:rPr>
                <w:rFonts w:ascii="Calibri Light" w:hAnsi="Calibri Light" w:cs="Calibri Light"/>
                <w:lang w:val="en-ZA"/>
              </w:rPr>
            </w:pPr>
            <w:r w:rsidRPr="00C17C81">
              <w:rPr>
                <w:rFonts w:ascii="Calibri Light" w:hAnsi="Calibri Light" w:cs="Calibri Light"/>
                <w:sz w:val="18"/>
                <w:lang w:val="en-ZA"/>
              </w:rPr>
              <w:t>RFQ_NPT-SED-</w:t>
            </w:r>
            <w:r w:rsidR="00352E82" w:rsidRPr="00C17C81">
              <w:rPr>
                <w:rFonts w:ascii="Calibri Light" w:hAnsi="Calibri Light" w:cs="Calibri Light"/>
                <w:sz w:val="18"/>
                <w:lang w:val="en-ZA"/>
              </w:rPr>
              <w:t>0110</w:t>
            </w:r>
            <w:r w:rsidRPr="00C17C81">
              <w:rPr>
                <w:rFonts w:ascii="Calibri Light" w:hAnsi="Calibri Light" w:cs="Calibri Light"/>
                <w:sz w:val="18"/>
                <w:lang w:val="en-ZA"/>
              </w:rPr>
              <w:t>2026</w:t>
            </w:r>
          </w:p>
        </w:tc>
        <w:tc>
          <w:tcPr>
            <w:tcW w:w="1763" w:type="dxa"/>
            <w:shd w:val="clear" w:color="auto" w:fill="EAF0F7"/>
            <w:vAlign w:val="center"/>
          </w:tcPr>
          <w:p w14:paraId="101DE18D"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Date Issued</w:t>
            </w:r>
          </w:p>
        </w:tc>
        <w:tc>
          <w:tcPr>
            <w:tcW w:w="3119" w:type="dxa"/>
            <w:vAlign w:val="center"/>
          </w:tcPr>
          <w:p w14:paraId="101DE18E" w14:textId="386B8282" w:rsidR="00BF4E92" w:rsidRPr="00C17C81" w:rsidRDefault="002D30AA">
            <w:pPr>
              <w:rPr>
                <w:rFonts w:ascii="Calibri Light" w:hAnsi="Calibri Light" w:cs="Calibri Light"/>
                <w:lang w:val="en-ZA"/>
              </w:rPr>
            </w:pPr>
            <w:r w:rsidRPr="00C17C81">
              <w:rPr>
                <w:rFonts w:ascii="Calibri Light" w:hAnsi="Calibri Light" w:cs="Calibri Light"/>
                <w:sz w:val="18"/>
                <w:lang w:val="en-ZA"/>
              </w:rPr>
              <w:t>06</w:t>
            </w:r>
            <w:r w:rsidR="004F5176" w:rsidRPr="00C17C81">
              <w:rPr>
                <w:rFonts w:ascii="Calibri Light" w:hAnsi="Calibri Light" w:cs="Calibri Light"/>
                <w:sz w:val="18"/>
                <w:lang w:val="en-ZA"/>
              </w:rPr>
              <w:t>/</w:t>
            </w:r>
            <w:r w:rsidR="004F72BC" w:rsidRPr="00C17C81">
              <w:rPr>
                <w:rFonts w:ascii="Calibri Light" w:hAnsi="Calibri Light" w:cs="Calibri Light"/>
                <w:sz w:val="18"/>
                <w:lang w:val="en-ZA"/>
              </w:rPr>
              <w:t>10</w:t>
            </w:r>
            <w:r w:rsidR="004F5176" w:rsidRPr="00C17C81">
              <w:rPr>
                <w:rFonts w:ascii="Calibri Light" w:hAnsi="Calibri Light" w:cs="Calibri Light"/>
                <w:sz w:val="18"/>
                <w:lang w:val="en-ZA"/>
              </w:rPr>
              <w:t>/2026</w:t>
            </w:r>
          </w:p>
        </w:tc>
      </w:tr>
      <w:tr w:rsidR="00BF4E92" w:rsidRPr="00C17C81" w14:paraId="101DE194" w14:textId="77777777" w:rsidTr="00AF22CC">
        <w:trPr>
          <w:jc w:val="center"/>
        </w:trPr>
        <w:tc>
          <w:tcPr>
            <w:tcW w:w="2093" w:type="dxa"/>
            <w:shd w:val="clear" w:color="auto" w:fill="EAF0F7"/>
            <w:vAlign w:val="center"/>
          </w:tcPr>
          <w:p w14:paraId="101DE190"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RFQ Reference</w:t>
            </w:r>
          </w:p>
        </w:tc>
        <w:tc>
          <w:tcPr>
            <w:tcW w:w="3623" w:type="dxa"/>
            <w:vAlign w:val="center"/>
          </w:tcPr>
          <w:p w14:paraId="101DE191" w14:textId="03D0BDA9" w:rsidR="00BF4E92" w:rsidRPr="00C17C81" w:rsidRDefault="004F5176">
            <w:pPr>
              <w:rPr>
                <w:rFonts w:ascii="Calibri Light" w:hAnsi="Calibri Light" w:cs="Calibri Light"/>
                <w:lang w:val="en-ZA"/>
              </w:rPr>
            </w:pPr>
            <w:r w:rsidRPr="00C17C81">
              <w:rPr>
                <w:rFonts w:ascii="Calibri Light" w:hAnsi="Calibri Light" w:cs="Calibri Light"/>
                <w:sz w:val="18"/>
                <w:lang w:val="en-ZA"/>
              </w:rPr>
              <w:t>RFQ_</w:t>
            </w:r>
            <w:r w:rsidR="00352E82" w:rsidRPr="00C17C81">
              <w:rPr>
                <w:rFonts w:ascii="Calibri Light" w:hAnsi="Calibri Light" w:cs="Calibri Light"/>
                <w:sz w:val="18"/>
                <w:lang w:val="en-ZA"/>
              </w:rPr>
              <w:t xml:space="preserve"> Event Coordination</w:t>
            </w:r>
          </w:p>
        </w:tc>
        <w:tc>
          <w:tcPr>
            <w:tcW w:w="1763" w:type="dxa"/>
            <w:shd w:val="clear" w:color="auto" w:fill="EAF0F7"/>
            <w:vAlign w:val="center"/>
          </w:tcPr>
          <w:p w14:paraId="101DE192"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Closing Date</w:t>
            </w:r>
          </w:p>
        </w:tc>
        <w:tc>
          <w:tcPr>
            <w:tcW w:w="3119" w:type="dxa"/>
            <w:vAlign w:val="center"/>
          </w:tcPr>
          <w:p w14:paraId="101DE193" w14:textId="6B8D33D2" w:rsidR="00BF4E92" w:rsidRPr="00C17C81" w:rsidRDefault="006C7481">
            <w:pPr>
              <w:rPr>
                <w:rFonts w:ascii="Calibri Light" w:hAnsi="Calibri Light" w:cs="Calibri Light"/>
                <w:lang w:val="en-ZA"/>
              </w:rPr>
            </w:pPr>
            <w:r w:rsidRPr="00C17C81">
              <w:rPr>
                <w:rFonts w:ascii="Calibri Light" w:hAnsi="Calibri Light" w:cs="Calibri Light"/>
                <w:sz w:val="18"/>
                <w:lang w:val="en-ZA"/>
              </w:rPr>
              <w:t>13</w:t>
            </w:r>
            <w:r w:rsidR="004F5176" w:rsidRPr="00C17C81">
              <w:rPr>
                <w:rFonts w:ascii="Calibri Light" w:hAnsi="Calibri Light" w:cs="Calibri Light"/>
                <w:sz w:val="18"/>
                <w:lang w:val="en-ZA"/>
              </w:rPr>
              <w:t>/10/2026</w:t>
            </w:r>
          </w:p>
        </w:tc>
      </w:tr>
      <w:tr w:rsidR="00BF4E92" w:rsidRPr="00C17C81" w14:paraId="101DE199" w14:textId="77777777" w:rsidTr="00AF22CC">
        <w:trPr>
          <w:jc w:val="center"/>
        </w:trPr>
        <w:tc>
          <w:tcPr>
            <w:tcW w:w="2093" w:type="dxa"/>
            <w:shd w:val="clear" w:color="auto" w:fill="EAF0F7"/>
            <w:vAlign w:val="center"/>
          </w:tcPr>
          <w:p w14:paraId="101DE195"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Closing Time</w:t>
            </w:r>
          </w:p>
        </w:tc>
        <w:tc>
          <w:tcPr>
            <w:tcW w:w="3623" w:type="dxa"/>
            <w:vAlign w:val="center"/>
          </w:tcPr>
          <w:p w14:paraId="101DE196" w14:textId="77777777" w:rsidR="00BF4E92" w:rsidRPr="00C17C81" w:rsidRDefault="004F5176">
            <w:pPr>
              <w:rPr>
                <w:rFonts w:ascii="Calibri Light" w:hAnsi="Calibri Light" w:cs="Calibri Light"/>
                <w:lang w:val="en-ZA"/>
              </w:rPr>
            </w:pPr>
            <w:r w:rsidRPr="00C17C81">
              <w:rPr>
                <w:rFonts w:ascii="Calibri Light" w:hAnsi="Calibri Light" w:cs="Calibri Light"/>
                <w:sz w:val="18"/>
                <w:lang w:val="en-ZA"/>
              </w:rPr>
              <w:t>17:00 (RSA Standard Time)</w:t>
            </w:r>
          </w:p>
        </w:tc>
        <w:tc>
          <w:tcPr>
            <w:tcW w:w="1763" w:type="dxa"/>
            <w:shd w:val="clear" w:color="auto" w:fill="EAF0F7"/>
            <w:vAlign w:val="center"/>
          </w:tcPr>
          <w:p w14:paraId="101DE197"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Validity of Offers</w:t>
            </w:r>
          </w:p>
        </w:tc>
        <w:tc>
          <w:tcPr>
            <w:tcW w:w="3119" w:type="dxa"/>
            <w:vAlign w:val="center"/>
          </w:tcPr>
          <w:p w14:paraId="101DE198" w14:textId="77777777" w:rsidR="00BF4E92" w:rsidRPr="00C17C81" w:rsidRDefault="004F5176">
            <w:pPr>
              <w:rPr>
                <w:rFonts w:ascii="Calibri Light" w:hAnsi="Calibri Light" w:cs="Calibri Light"/>
                <w:lang w:val="en-ZA"/>
              </w:rPr>
            </w:pPr>
            <w:r w:rsidRPr="00C17C81">
              <w:rPr>
                <w:rFonts w:ascii="Calibri Light" w:hAnsi="Calibri Light" w:cs="Calibri Light"/>
                <w:sz w:val="18"/>
                <w:lang w:val="en-ZA"/>
              </w:rPr>
              <w:t>7 business days</w:t>
            </w:r>
          </w:p>
        </w:tc>
      </w:tr>
      <w:tr w:rsidR="00BF4E92" w:rsidRPr="00C17C81" w14:paraId="101DE19E" w14:textId="77777777" w:rsidTr="00AF22CC">
        <w:trPr>
          <w:jc w:val="center"/>
        </w:trPr>
        <w:tc>
          <w:tcPr>
            <w:tcW w:w="2093" w:type="dxa"/>
            <w:shd w:val="clear" w:color="auto" w:fill="EAF0F7"/>
            <w:vAlign w:val="center"/>
          </w:tcPr>
          <w:p w14:paraId="101DE19A" w14:textId="77777777" w:rsidR="00BF4E92" w:rsidRPr="00C17C81" w:rsidRDefault="00AF22CC">
            <w:pPr>
              <w:rPr>
                <w:rFonts w:ascii="Calibri Light" w:hAnsi="Calibri Light" w:cs="Calibri Light"/>
                <w:lang w:val="en-ZA"/>
              </w:rPr>
            </w:pPr>
            <w:r w:rsidRPr="00C17C81">
              <w:rPr>
                <w:rFonts w:ascii="Calibri Light" w:hAnsi="Calibri Light" w:cs="Calibri Light"/>
                <w:b/>
                <w:sz w:val="18"/>
                <w:lang w:val="en-ZA"/>
              </w:rPr>
              <w:t>Physical submissions</w:t>
            </w:r>
          </w:p>
        </w:tc>
        <w:tc>
          <w:tcPr>
            <w:tcW w:w="3623" w:type="dxa"/>
            <w:vAlign w:val="center"/>
          </w:tcPr>
          <w:p w14:paraId="101DE19B" w14:textId="77777777" w:rsidR="00BF4E92" w:rsidRPr="00C17C81" w:rsidRDefault="00AF22CC">
            <w:pPr>
              <w:rPr>
                <w:rFonts w:ascii="Calibri Light" w:hAnsi="Calibri Light" w:cs="Calibri Light"/>
                <w:lang w:val="en-ZA"/>
              </w:rPr>
            </w:pPr>
            <w:r w:rsidRPr="00C17C81">
              <w:rPr>
                <w:rFonts w:ascii="Calibri Light" w:hAnsi="Calibri Light" w:cs="Calibri Light"/>
                <w:sz w:val="18"/>
                <w:lang w:val="en-ZA"/>
              </w:rPr>
              <w:t>Noupoort Wind Farm Economic Development Office, 17 Wilmot Street, Noupoort</w:t>
            </w:r>
          </w:p>
        </w:tc>
        <w:tc>
          <w:tcPr>
            <w:tcW w:w="1763" w:type="dxa"/>
            <w:shd w:val="clear" w:color="auto" w:fill="EAF0F7"/>
            <w:vAlign w:val="center"/>
          </w:tcPr>
          <w:p w14:paraId="101DE19C"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NWF Contact</w:t>
            </w:r>
          </w:p>
        </w:tc>
        <w:tc>
          <w:tcPr>
            <w:tcW w:w="3119" w:type="dxa"/>
            <w:vAlign w:val="center"/>
          </w:tcPr>
          <w:p w14:paraId="101DE19D" w14:textId="77777777" w:rsidR="00BF4E92" w:rsidRPr="00C17C81" w:rsidRDefault="004F5176">
            <w:pPr>
              <w:rPr>
                <w:rFonts w:ascii="Calibri Light" w:hAnsi="Calibri Light" w:cs="Calibri Light"/>
                <w:lang w:val="en-ZA"/>
              </w:rPr>
            </w:pPr>
            <w:r w:rsidRPr="00C17C81">
              <w:rPr>
                <w:rFonts w:ascii="Calibri Light" w:hAnsi="Calibri Light" w:cs="Calibri Light"/>
                <w:sz w:val="18"/>
                <w:lang w:val="en-ZA"/>
              </w:rPr>
              <w:t>Yonela Sakati</w:t>
            </w:r>
          </w:p>
        </w:tc>
      </w:tr>
      <w:tr w:rsidR="00BF4E92" w:rsidRPr="00C17C81" w14:paraId="101DE1A3" w14:textId="77777777" w:rsidTr="00AF22CC">
        <w:trPr>
          <w:jc w:val="center"/>
        </w:trPr>
        <w:tc>
          <w:tcPr>
            <w:tcW w:w="2093" w:type="dxa"/>
            <w:shd w:val="clear" w:color="auto" w:fill="EAF0F7"/>
            <w:vAlign w:val="center"/>
          </w:tcPr>
          <w:p w14:paraId="101DE19F"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Email</w:t>
            </w:r>
            <w:r w:rsidR="00AF22CC" w:rsidRPr="00C17C81">
              <w:rPr>
                <w:rFonts w:ascii="Calibri Light" w:hAnsi="Calibri Light" w:cs="Calibri Light"/>
                <w:b/>
                <w:sz w:val="18"/>
                <w:lang w:val="en-ZA"/>
              </w:rPr>
              <w:t xml:space="preserve"> submissions</w:t>
            </w:r>
          </w:p>
        </w:tc>
        <w:tc>
          <w:tcPr>
            <w:tcW w:w="3623" w:type="dxa"/>
            <w:vAlign w:val="center"/>
          </w:tcPr>
          <w:p w14:paraId="101DE1A0" w14:textId="77777777" w:rsidR="00BF4E92" w:rsidRPr="00C17C81" w:rsidRDefault="004F5176">
            <w:pPr>
              <w:rPr>
                <w:rFonts w:ascii="Calibri Light" w:hAnsi="Calibri Light" w:cs="Calibri Light"/>
                <w:lang w:val="en-ZA"/>
              </w:rPr>
            </w:pPr>
            <w:r w:rsidRPr="00C17C81">
              <w:rPr>
                <w:rFonts w:ascii="Calibri Light" w:hAnsi="Calibri Light" w:cs="Calibri Light"/>
                <w:sz w:val="18"/>
                <w:lang w:val="en-ZA"/>
              </w:rPr>
              <w:t>Yonela.sakati@weareinfinitypower.com</w:t>
            </w:r>
          </w:p>
        </w:tc>
        <w:tc>
          <w:tcPr>
            <w:tcW w:w="1763" w:type="dxa"/>
            <w:shd w:val="clear" w:color="auto" w:fill="EAF0F7"/>
            <w:vAlign w:val="center"/>
          </w:tcPr>
          <w:p w14:paraId="101DE1A1" w14:textId="77777777" w:rsidR="00BF4E92" w:rsidRPr="00C17C81" w:rsidRDefault="004F5176">
            <w:pPr>
              <w:rPr>
                <w:rFonts w:ascii="Calibri Light" w:hAnsi="Calibri Light" w:cs="Calibri Light"/>
                <w:lang w:val="en-ZA"/>
              </w:rPr>
            </w:pPr>
            <w:r w:rsidRPr="00C17C81">
              <w:rPr>
                <w:rFonts w:ascii="Calibri Light" w:hAnsi="Calibri Light" w:cs="Calibri Light"/>
                <w:b/>
                <w:sz w:val="18"/>
                <w:lang w:val="en-ZA"/>
              </w:rPr>
              <w:t>Original closing date</w:t>
            </w:r>
          </w:p>
        </w:tc>
        <w:tc>
          <w:tcPr>
            <w:tcW w:w="3119" w:type="dxa"/>
            <w:vAlign w:val="center"/>
          </w:tcPr>
          <w:p w14:paraId="101DE1A2" w14:textId="693801ED" w:rsidR="00BF4E92" w:rsidRPr="00C17C81" w:rsidRDefault="004F72BC">
            <w:pPr>
              <w:rPr>
                <w:rFonts w:ascii="Calibri Light" w:hAnsi="Calibri Light" w:cs="Calibri Light"/>
                <w:lang w:val="en-ZA"/>
              </w:rPr>
            </w:pPr>
            <w:r w:rsidRPr="00C17C81">
              <w:rPr>
                <w:rFonts w:ascii="Calibri Light" w:hAnsi="Calibri Light" w:cs="Calibri Light"/>
                <w:lang w:val="en-ZA"/>
              </w:rPr>
              <w:t>N/A</w:t>
            </w:r>
          </w:p>
        </w:tc>
      </w:tr>
    </w:tbl>
    <w:p w14:paraId="101DE1A4" w14:textId="77777777" w:rsidR="00BF4E92" w:rsidRPr="00C17C81" w:rsidRDefault="004F5176">
      <w:pPr>
        <w:pStyle w:val="Heading1"/>
        <w:rPr>
          <w:rFonts w:ascii="Calibri Light" w:hAnsi="Calibri Light" w:cs="Calibri Light"/>
          <w:sz w:val="18"/>
          <w:szCs w:val="18"/>
          <w:lang w:val="en-ZA"/>
        </w:rPr>
      </w:pPr>
      <w:r w:rsidRPr="00C17C81">
        <w:rPr>
          <w:rFonts w:ascii="Calibri Light" w:hAnsi="Calibri Light" w:cs="Calibri Light"/>
          <w:sz w:val="18"/>
          <w:szCs w:val="18"/>
          <w:lang w:val="en-ZA"/>
        </w:rPr>
        <w:t>1. Introduction</w:t>
      </w:r>
    </w:p>
    <w:p w14:paraId="101DE1A5" w14:textId="0B9308CF" w:rsidR="00BF4E92" w:rsidRPr="00C17C81" w:rsidRDefault="004F5176">
      <w:pPr>
        <w:rPr>
          <w:rFonts w:ascii="Calibri Light" w:hAnsi="Calibri Light" w:cs="Calibri Light"/>
          <w:sz w:val="18"/>
          <w:szCs w:val="18"/>
          <w:lang w:val="en-ZA"/>
        </w:rPr>
      </w:pPr>
      <w:r w:rsidRPr="00C17C81">
        <w:rPr>
          <w:rFonts w:ascii="Calibri Light" w:hAnsi="Calibri Light" w:cs="Calibri Light"/>
          <w:sz w:val="18"/>
          <w:szCs w:val="18"/>
          <w:lang w:val="en-ZA"/>
        </w:rPr>
        <w:t xml:space="preserve">Noupoort Wind Farm is committed to contributing to the development and empowerment of the local community. As part of its approved Economic Development initiatives, Noupoort Wind Farm invites experienced and qualified </w:t>
      </w:r>
      <w:r w:rsidR="00897A92" w:rsidRPr="00C17C81">
        <w:rPr>
          <w:rFonts w:ascii="Calibri Light" w:hAnsi="Calibri Light" w:cs="Calibri Light"/>
          <w:sz w:val="18"/>
          <w:szCs w:val="18"/>
          <w:lang w:val="en-ZA"/>
        </w:rPr>
        <w:t xml:space="preserve">Event Coordination </w:t>
      </w:r>
      <w:r w:rsidRPr="00C17C81">
        <w:rPr>
          <w:rFonts w:ascii="Calibri Light" w:hAnsi="Calibri Light" w:cs="Calibri Light"/>
          <w:sz w:val="18"/>
          <w:szCs w:val="18"/>
          <w:lang w:val="en-ZA"/>
        </w:rPr>
        <w:t xml:space="preserve">service providers to submit proposals for </w:t>
      </w:r>
      <w:r w:rsidR="00B13DC8">
        <w:rPr>
          <w:rFonts w:ascii="Calibri Light" w:hAnsi="Calibri Light" w:cs="Calibri Light"/>
          <w:sz w:val="18"/>
          <w:szCs w:val="18"/>
          <w:lang w:val="en-ZA"/>
        </w:rPr>
        <w:t>the</w:t>
      </w:r>
      <w:r w:rsidRPr="00C17C81">
        <w:rPr>
          <w:rFonts w:ascii="Calibri Light" w:hAnsi="Calibri Light" w:cs="Calibri Light"/>
          <w:sz w:val="18"/>
          <w:szCs w:val="18"/>
          <w:lang w:val="en-ZA"/>
        </w:rPr>
        <w:t xml:space="preserve"> </w:t>
      </w:r>
      <w:r w:rsidR="0013371B" w:rsidRPr="00C17C81">
        <w:rPr>
          <w:rFonts w:ascii="Calibri Light" w:hAnsi="Calibri Light" w:cs="Calibri Light"/>
          <w:sz w:val="18"/>
          <w:szCs w:val="18"/>
          <w:lang w:val="en-ZA"/>
        </w:rPr>
        <w:t>Noupoort Business Empowerment Day</w:t>
      </w:r>
      <w:r w:rsidRPr="00C17C81">
        <w:rPr>
          <w:rFonts w:ascii="Calibri Light" w:hAnsi="Calibri Light" w:cs="Calibri Light"/>
          <w:sz w:val="18"/>
          <w:szCs w:val="18"/>
          <w:lang w:val="en-ZA"/>
        </w:rPr>
        <w:t>.</w:t>
      </w:r>
    </w:p>
    <w:p w14:paraId="101DE1A6" w14:textId="77777777" w:rsidR="00BF4E92" w:rsidRPr="00C17C81" w:rsidRDefault="004F5176">
      <w:pPr>
        <w:pStyle w:val="Heading1"/>
        <w:rPr>
          <w:rFonts w:ascii="Calibri Light" w:hAnsi="Calibri Light" w:cs="Calibri Light"/>
          <w:sz w:val="18"/>
          <w:szCs w:val="18"/>
          <w:lang w:val="en-ZA"/>
        </w:rPr>
      </w:pPr>
      <w:r w:rsidRPr="00C17C81">
        <w:rPr>
          <w:rFonts w:ascii="Calibri Light" w:hAnsi="Calibri Light" w:cs="Calibri Light"/>
          <w:sz w:val="18"/>
          <w:szCs w:val="18"/>
          <w:lang w:val="en-ZA"/>
        </w:rPr>
        <w:t>2. Programme Scope</w:t>
      </w:r>
    </w:p>
    <w:p w14:paraId="101DE1A7" w14:textId="181BDD23" w:rsidR="00BF4E92" w:rsidRPr="00C17C81" w:rsidRDefault="004F5176">
      <w:pPr>
        <w:rPr>
          <w:rFonts w:ascii="Calibri Light" w:hAnsi="Calibri Light" w:cs="Calibri Light"/>
          <w:sz w:val="18"/>
          <w:szCs w:val="18"/>
          <w:lang w:val="en-ZA"/>
        </w:rPr>
      </w:pPr>
      <w:r w:rsidRPr="00C17C81">
        <w:rPr>
          <w:rFonts w:ascii="Calibri Light" w:hAnsi="Calibri Light" w:cs="Calibri Light"/>
          <w:b/>
          <w:sz w:val="18"/>
          <w:szCs w:val="18"/>
          <w:lang w:val="en-ZA"/>
        </w:rPr>
        <w:t xml:space="preserve">Programme: </w:t>
      </w:r>
      <w:r w:rsidR="004F72BC" w:rsidRPr="00C17C81">
        <w:rPr>
          <w:rFonts w:ascii="Calibri Light" w:hAnsi="Calibri Light" w:cs="Calibri Light"/>
          <w:sz w:val="18"/>
          <w:szCs w:val="18"/>
          <w:lang w:val="en-ZA"/>
        </w:rPr>
        <w:t>Noupoort Business Empowerment Day</w:t>
      </w:r>
    </w:p>
    <w:p w14:paraId="101DE1A8" w14:textId="53CE2C25" w:rsidR="00BF4E92" w:rsidRPr="00C17C81" w:rsidRDefault="004F5176">
      <w:pPr>
        <w:pStyle w:val="ListBullet"/>
        <w:rPr>
          <w:rFonts w:ascii="Calibri Light" w:hAnsi="Calibri Light" w:cs="Calibri Light"/>
          <w:sz w:val="18"/>
          <w:szCs w:val="18"/>
          <w:lang w:val="en-ZA"/>
        </w:rPr>
      </w:pPr>
      <w:r w:rsidRPr="00C17C81">
        <w:rPr>
          <w:rFonts w:ascii="Calibri Light" w:hAnsi="Calibri Light" w:cs="Calibri Light"/>
          <w:sz w:val="18"/>
          <w:szCs w:val="18"/>
          <w:lang w:val="en-ZA"/>
        </w:rPr>
        <w:t xml:space="preserve">Target beneficiaries: </w:t>
      </w:r>
      <w:r w:rsidR="0013371B" w:rsidRPr="00C17C81">
        <w:rPr>
          <w:rFonts w:ascii="Calibri Light" w:hAnsi="Calibri Light" w:cs="Calibri Light"/>
          <w:sz w:val="18"/>
          <w:szCs w:val="18"/>
          <w:lang w:val="en-ZA"/>
        </w:rPr>
        <w:t>60</w:t>
      </w:r>
      <w:r w:rsidRPr="00C17C81">
        <w:rPr>
          <w:rFonts w:ascii="Calibri Light" w:hAnsi="Calibri Light" w:cs="Calibri Light"/>
          <w:sz w:val="18"/>
          <w:szCs w:val="18"/>
          <w:lang w:val="en-ZA"/>
        </w:rPr>
        <w:t xml:space="preserve"> participants for the </w:t>
      </w:r>
      <w:r w:rsidR="00820D95" w:rsidRPr="00C17C81">
        <w:rPr>
          <w:rFonts w:ascii="Calibri Light" w:hAnsi="Calibri Light" w:cs="Calibri Light"/>
          <w:sz w:val="18"/>
          <w:szCs w:val="18"/>
          <w:lang w:val="en-ZA"/>
        </w:rPr>
        <w:t>Noupoort Business Empowerment</w:t>
      </w:r>
      <w:r w:rsidRPr="00C17C81">
        <w:rPr>
          <w:rFonts w:ascii="Calibri Light" w:hAnsi="Calibri Light" w:cs="Calibri Light"/>
          <w:sz w:val="18"/>
          <w:szCs w:val="18"/>
          <w:lang w:val="en-ZA"/>
        </w:rPr>
        <w:t xml:space="preserve"> Programme.</w:t>
      </w:r>
      <w:r w:rsidR="001A7329">
        <w:rPr>
          <w:rFonts w:ascii="Calibri Light" w:hAnsi="Calibri Light" w:cs="Calibri Light"/>
          <w:sz w:val="18"/>
          <w:szCs w:val="18"/>
          <w:lang w:val="en-ZA"/>
        </w:rPr>
        <w:br/>
      </w:r>
    </w:p>
    <w:p w14:paraId="101DE1A9" w14:textId="27805A17" w:rsidR="00BF4E92" w:rsidRPr="00C17C81" w:rsidRDefault="00352E82">
      <w:pPr>
        <w:pStyle w:val="ListBullet"/>
        <w:rPr>
          <w:rFonts w:ascii="Calibri Light" w:hAnsi="Calibri Light" w:cs="Calibri Light"/>
          <w:sz w:val="18"/>
          <w:szCs w:val="18"/>
          <w:lang w:val="en-ZA"/>
        </w:rPr>
      </w:pPr>
      <w:r w:rsidRPr="00C17C81">
        <w:rPr>
          <w:rFonts w:ascii="Calibri Light" w:hAnsi="Calibri Light" w:cs="Calibri Light"/>
          <w:sz w:val="18"/>
          <w:szCs w:val="18"/>
          <w:lang w:val="en-ZA"/>
        </w:rPr>
        <w:t>Event Coordination</w:t>
      </w:r>
      <w:r w:rsidR="004F5176" w:rsidRPr="00C17C81">
        <w:rPr>
          <w:rFonts w:ascii="Calibri Light" w:hAnsi="Calibri Light" w:cs="Calibri Light"/>
          <w:sz w:val="18"/>
          <w:szCs w:val="18"/>
          <w:lang w:val="en-ZA"/>
        </w:rPr>
        <w:t>:</w:t>
      </w:r>
      <w:r w:rsidR="00F5610A" w:rsidRPr="00C17C81">
        <w:rPr>
          <w:rFonts w:ascii="Calibri Light" w:hAnsi="Calibri Light" w:cs="Calibri Light"/>
          <w:sz w:val="18"/>
          <w:szCs w:val="18"/>
          <w:lang w:val="en-ZA"/>
        </w:rPr>
        <w:t xml:space="preserve"> </w:t>
      </w:r>
      <w:r w:rsidR="00A74158" w:rsidRPr="00C17C81">
        <w:rPr>
          <w:rFonts w:ascii="Calibri Light" w:hAnsi="Calibri Light" w:cs="Calibri Light"/>
          <w:sz w:val="18"/>
          <w:szCs w:val="18"/>
          <w:lang w:val="en-ZA"/>
        </w:rPr>
        <w:t>Provide service for the hiring of the community hall, 12</w:t>
      </w:r>
      <w:r w:rsidR="00893EA2" w:rsidRPr="00C17C81">
        <w:rPr>
          <w:rFonts w:ascii="Calibri Light" w:hAnsi="Calibri Light" w:cs="Calibri Light"/>
          <w:sz w:val="18"/>
          <w:szCs w:val="18"/>
          <w:lang w:val="en-ZA"/>
        </w:rPr>
        <w:t xml:space="preserve"> tables with table clothes , </w:t>
      </w:r>
      <w:r w:rsidR="00F5610A" w:rsidRPr="00C17C81">
        <w:rPr>
          <w:rFonts w:ascii="Calibri Light" w:hAnsi="Calibri Light" w:cs="Calibri Light"/>
          <w:sz w:val="18"/>
          <w:szCs w:val="18"/>
          <w:lang w:val="en-ZA"/>
        </w:rPr>
        <w:t xml:space="preserve">80 </w:t>
      </w:r>
      <w:r w:rsidR="00893EA2" w:rsidRPr="00C17C81">
        <w:rPr>
          <w:rFonts w:ascii="Calibri Light" w:hAnsi="Calibri Light" w:cs="Calibri Light"/>
          <w:sz w:val="18"/>
          <w:szCs w:val="18"/>
          <w:lang w:val="en-ZA"/>
        </w:rPr>
        <w:t>chairs and PA System with roaming mic</w:t>
      </w:r>
      <w:r w:rsidR="00057924" w:rsidRPr="00C17C81">
        <w:rPr>
          <w:rFonts w:ascii="Calibri Light" w:hAnsi="Calibri Light" w:cs="Calibri Light"/>
          <w:sz w:val="18"/>
          <w:szCs w:val="18"/>
          <w:lang w:val="en-ZA"/>
        </w:rPr>
        <w:t>.</w:t>
      </w:r>
      <w:r w:rsidR="001A7329">
        <w:rPr>
          <w:rFonts w:ascii="Calibri Light" w:hAnsi="Calibri Light" w:cs="Calibri Light"/>
          <w:sz w:val="18"/>
          <w:szCs w:val="18"/>
          <w:lang w:val="en-ZA"/>
        </w:rPr>
        <w:br/>
      </w:r>
    </w:p>
    <w:p w14:paraId="101DE1AA" w14:textId="3E2B8150" w:rsidR="00BF4E92" w:rsidRPr="00C17C81" w:rsidRDefault="004F5176">
      <w:pPr>
        <w:pStyle w:val="ListBullet"/>
        <w:rPr>
          <w:rFonts w:ascii="Calibri Light" w:hAnsi="Calibri Light" w:cs="Calibri Light"/>
          <w:sz w:val="18"/>
          <w:szCs w:val="18"/>
          <w:lang w:val="en-ZA"/>
        </w:rPr>
      </w:pPr>
      <w:r w:rsidRPr="00C17C81">
        <w:rPr>
          <w:rFonts w:ascii="Calibri Light" w:hAnsi="Calibri Light" w:cs="Calibri Light"/>
          <w:sz w:val="18"/>
          <w:szCs w:val="18"/>
          <w:lang w:val="en-ZA"/>
        </w:rPr>
        <w:t xml:space="preserve">The service provider is expected to deliver quality </w:t>
      </w:r>
      <w:r w:rsidR="00893EA2" w:rsidRPr="00C17C81">
        <w:rPr>
          <w:rFonts w:ascii="Calibri Light" w:hAnsi="Calibri Light" w:cs="Calibri Light"/>
          <w:sz w:val="18"/>
          <w:szCs w:val="18"/>
          <w:lang w:val="en-ZA"/>
        </w:rPr>
        <w:t>event coordination</w:t>
      </w:r>
      <w:r w:rsidRPr="00C17C81">
        <w:rPr>
          <w:rFonts w:ascii="Calibri Light" w:hAnsi="Calibri Light" w:cs="Calibri Light"/>
          <w:sz w:val="18"/>
          <w:szCs w:val="18"/>
          <w:lang w:val="en-ZA"/>
        </w:rPr>
        <w:t xml:space="preserve"> services for the duration of the </w:t>
      </w:r>
      <w:r w:rsidR="00893EA2" w:rsidRPr="00C17C81">
        <w:rPr>
          <w:rFonts w:ascii="Calibri Light" w:hAnsi="Calibri Light" w:cs="Calibri Light"/>
          <w:sz w:val="18"/>
          <w:szCs w:val="18"/>
          <w:lang w:val="en-ZA"/>
        </w:rPr>
        <w:t>Noupoort Business Empowerment Day</w:t>
      </w:r>
      <w:r w:rsidRPr="00C17C81">
        <w:rPr>
          <w:rFonts w:ascii="Calibri Light" w:hAnsi="Calibri Light" w:cs="Calibri Light"/>
          <w:sz w:val="18"/>
          <w:szCs w:val="18"/>
          <w:lang w:val="en-ZA"/>
        </w:rPr>
        <w:t>.</w:t>
      </w:r>
    </w:p>
    <w:p w14:paraId="101DE1AB" w14:textId="77777777" w:rsidR="00BF4E92" w:rsidRPr="00C17C81" w:rsidRDefault="004F5176">
      <w:pPr>
        <w:pStyle w:val="Heading1"/>
        <w:rPr>
          <w:rFonts w:ascii="Calibri Light" w:hAnsi="Calibri Light" w:cs="Calibri Light"/>
          <w:sz w:val="18"/>
          <w:szCs w:val="18"/>
          <w:lang w:val="en-ZA"/>
        </w:rPr>
      </w:pPr>
      <w:r w:rsidRPr="00C17C81">
        <w:rPr>
          <w:rFonts w:ascii="Calibri Light" w:hAnsi="Calibri Light" w:cs="Calibri Light"/>
          <w:sz w:val="18"/>
          <w:szCs w:val="18"/>
          <w:lang w:val="en-ZA"/>
        </w:rPr>
        <w:t>3. Proposal Submission Requirements</w:t>
      </w:r>
    </w:p>
    <w:tbl>
      <w:tblPr>
        <w:tblStyle w:val="TableGrid"/>
        <w:tblW w:w="0" w:type="auto"/>
        <w:jc w:val="center"/>
        <w:tblLook w:val="04A0" w:firstRow="1" w:lastRow="0" w:firstColumn="1" w:lastColumn="0" w:noHBand="0" w:noVBand="1"/>
      </w:tblPr>
      <w:tblGrid>
        <w:gridCol w:w="3686"/>
        <w:gridCol w:w="6538"/>
      </w:tblGrid>
      <w:tr w:rsidR="00BF4E92" w:rsidRPr="00C17C81" w14:paraId="101DE1AE" w14:textId="77777777" w:rsidTr="00AF22CC">
        <w:trPr>
          <w:jc w:val="center"/>
        </w:trPr>
        <w:tc>
          <w:tcPr>
            <w:tcW w:w="3686" w:type="dxa"/>
            <w:shd w:val="clear" w:color="auto" w:fill="D9E2F3"/>
            <w:vAlign w:val="center"/>
          </w:tcPr>
          <w:p w14:paraId="101DE1AC"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b/>
                <w:sz w:val="18"/>
                <w:szCs w:val="18"/>
                <w:lang w:val="en-ZA"/>
              </w:rPr>
              <w:t>Returnable / Requirement</w:t>
            </w:r>
          </w:p>
        </w:tc>
        <w:tc>
          <w:tcPr>
            <w:tcW w:w="6538" w:type="dxa"/>
            <w:shd w:val="clear" w:color="auto" w:fill="D9E2F3"/>
            <w:vAlign w:val="center"/>
          </w:tcPr>
          <w:p w14:paraId="101DE1AD"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b/>
                <w:sz w:val="18"/>
                <w:szCs w:val="18"/>
                <w:lang w:val="en-ZA"/>
              </w:rPr>
              <w:t>Details</w:t>
            </w:r>
          </w:p>
        </w:tc>
      </w:tr>
      <w:tr w:rsidR="00BF4E92" w:rsidRPr="00C17C81" w14:paraId="101DE1B4" w14:textId="77777777" w:rsidTr="00AF22CC">
        <w:trPr>
          <w:jc w:val="center"/>
        </w:trPr>
        <w:tc>
          <w:tcPr>
            <w:tcW w:w="3686" w:type="dxa"/>
            <w:vAlign w:val="center"/>
          </w:tcPr>
          <w:p w14:paraId="101DE1B2"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b/>
                <w:sz w:val="18"/>
                <w:szCs w:val="18"/>
                <w:lang w:val="en-ZA"/>
              </w:rPr>
              <w:t>Valid Company Registration Documents</w:t>
            </w:r>
          </w:p>
        </w:tc>
        <w:tc>
          <w:tcPr>
            <w:tcW w:w="6538" w:type="dxa"/>
            <w:vAlign w:val="center"/>
          </w:tcPr>
          <w:p w14:paraId="101DE1B3"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sz w:val="18"/>
                <w:szCs w:val="18"/>
                <w:lang w:val="en-ZA"/>
              </w:rPr>
              <w:t>CIPC registration certificate.</w:t>
            </w:r>
          </w:p>
        </w:tc>
      </w:tr>
      <w:tr w:rsidR="00BF4E92" w:rsidRPr="00C17C81" w14:paraId="101DE1B7" w14:textId="77777777" w:rsidTr="00AF22CC">
        <w:trPr>
          <w:jc w:val="center"/>
        </w:trPr>
        <w:tc>
          <w:tcPr>
            <w:tcW w:w="3686" w:type="dxa"/>
            <w:vAlign w:val="center"/>
          </w:tcPr>
          <w:p w14:paraId="101DE1B5"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b/>
                <w:sz w:val="18"/>
                <w:szCs w:val="18"/>
                <w:lang w:val="en-ZA"/>
              </w:rPr>
              <w:t>Tax Compliance</w:t>
            </w:r>
          </w:p>
        </w:tc>
        <w:tc>
          <w:tcPr>
            <w:tcW w:w="6538" w:type="dxa"/>
            <w:vAlign w:val="center"/>
          </w:tcPr>
          <w:p w14:paraId="101DE1B6"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sz w:val="18"/>
                <w:szCs w:val="18"/>
                <w:lang w:val="en-ZA"/>
              </w:rPr>
              <w:t>Current tax clearance certificate or SARS tax compliance status PIN.</w:t>
            </w:r>
          </w:p>
        </w:tc>
      </w:tr>
      <w:tr w:rsidR="00BF4E92" w:rsidRPr="00C17C81" w14:paraId="101DE1BA" w14:textId="77777777" w:rsidTr="00AF22CC">
        <w:trPr>
          <w:jc w:val="center"/>
        </w:trPr>
        <w:tc>
          <w:tcPr>
            <w:tcW w:w="3686" w:type="dxa"/>
            <w:vAlign w:val="center"/>
          </w:tcPr>
          <w:p w14:paraId="101DE1B8"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b/>
                <w:sz w:val="18"/>
                <w:szCs w:val="18"/>
                <w:lang w:val="en-ZA"/>
              </w:rPr>
              <w:t>Banking Confirmation</w:t>
            </w:r>
          </w:p>
        </w:tc>
        <w:tc>
          <w:tcPr>
            <w:tcW w:w="6538" w:type="dxa"/>
            <w:vAlign w:val="center"/>
          </w:tcPr>
          <w:p w14:paraId="101DE1B9"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sz w:val="18"/>
                <w:szCs w:val="18"/>
                <w:lang w:val="en-ZA"/>
              </w:rPr>
              <w:t>Recent letter from the bank confirming the business bank account.</w:t>
            </w:r>
          </w:p>
        </w:tc>
      </w:tr>
      <w:tr w:rsidR="00BF4E92" w:rsidRPr="00C17C81" w14:paraId="101DE1BD" w14:textId="77777777" w:rsidTr="00AF22CC">
        <w:trPr>
          <w:jc w:val="center"/>
        </w:trPr>
        <w:tc>
          <w:tcPr>
            <w:tcW w:w="3686" w:type="dxa"/>
            <w:vAlign w:val="center"/>
          </w:tcPr>
          <w:p w14:paraId="101DE1BB"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b/>
                <w:sz w:val="18"/>
                <w:szCs w:val="18"/>
                <w:lang w:val="en-ZA"/>
              </w:rPr>
              <w:t>B-BBEE</w:t>
            </w:r>
          </w:p>
        </w:tc>
        <w:tc>
          <w:tcPr>
            <w:tcW w:w="6538" w:type="dxa"/>
            <w:vAlign w:val="center"/>
          </w:tcPr>
          <w:p w14:paraId="101DE1BC" w14:textId="77777777" w:rsidR="00BF4E92" w:rsidRPr="00C17C81" w:rsidRDefault="004F5176">
            <w:pPr>
              <w:rPr>
                <w:rFonts w:ascii="Calibri Light" w:hAnsi="Calibri Light" w:cs="Calibri Light"/>
                <w:sz w:val="18"/>
                <w:szCs w:val="18"/>
                <w:lang w:val="en-ZA"/>
              </w:rPr>
            </w:pPr>
            <w:r w:rsidRPr="00C17C81">
              <w:rPr>
                <w:rFonts w:ascii="Calibri Light" w:hAnsi="Calibri Light" w:cs="Calibri Light"/>
                <w:sz w:val="18"/>
                <w:szCs w:val="18"/>
                <w:lang w:val="en-ZA"/>
              </w:rPr>
              <w:t>Valid B-BBEE affidavit or certificate.</w:t>
            </w:r>
          </w:p>
        </w:tc>
      </w:tr>
    </w:tbl>
    <w:p w14:paraId="101DE1D0" w14:textId="77777777" w:rsidR="00BF4E92" w:rsidRPr="00C17C81" w:rsidRDefault="004F5176">
      <w:pPr>
        <w:pStyle w:val="Heading1"/>
        <w:rPr>
          <w:rFonts w:ascii="Calibri Light" w:hAnsi="Calibri Light" w:cs="Calibri Light"/>
          <w:sz w:val="18"/>
          <w:szCs w:val="18"/>
          <w:lang w:val="en-ZA"/>
        </w:rPr>
      </w:pPr>
      <w:r w:rsidRPr="00C17C81">
        <w:rPr>
          <w:rFonts w:ascii="Calibri Light" w:hAnsi="Calibri Light" w:cs="Calibri Light"/>
          <w:sz w:val="18"/>
          <w:szCs w:val="18"/>
          <w:lang w:val="en-ZA"/>
        </w:rPr>
        <w:t>4. Tender Returnable Checklist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2"/>
        <w:gridCol w:w="4819"/>
      </w:tblGrid>
      <w:tr w:rsidR="008D389C" w:rsidRPr="00C17C81" w14:paraId="101DE1D3" w14:textId="77777777" w:rsidTr="008D389C">
        <w:tc>
          <w:tcPr>
            <w:tcW w:w="5022" w:type="dxa"/>
          </w:tcPr>
          <w:p w14:paraId="101DE1D1" w14:textId="77777777" w:rsidR="008D389C" w:rsidRPr="00C17C81" w:rsidRDefault="008D389C" w:rsidP="00C126F6">
            <w:pPr>
              <w:pStyle w:val="ListNumber"/>
              <w:ind w:left="0" w:firstLine="0"/>
              <w:rPr>
                <w:rFonts w:ascii="Calibri Light" w:hAnsi="Calibri Light" w:cs="Calibri Light"/>
                <w:sz w:val="18"/>
                <w:szCs w:val="18"/>
                <w:lang w:val="en-ZA"/>
              </w:rPr>
            </w:pPr>
            <w:r w:rsidRPr="00C17C81">
              <w:rPr>
                <w:rFonts w:ascii="Calibri Light" w:hAnsi="Calibri Light" w:cs="Calibri Light"/>
                <w:sz w:val="18"/>
                <w:szCs w:val="18"/>
                <w:lang w:val="en-ZA"/>
              </w:rPr>
              <w:t>Certified copy of CIPC document</w:t>
            </w:r>
            <w:r w:rsidRPr="00C17C81">
              <w:rPr>
                <w:rFonts w:ascii="Calibri Light" w:hAnsi="Calibri Light" w:cs="Calibri Light"/>
                <w:sz w:val="18"/>
                <w:szCs w:val="18"/>
                <w:lang w:val="en-ZA"/>
              </w:rPr>
              <w:tab/>
            </w:r>
            <w:r w:rsidRPr="00C17C81">
              <w:rPr>
                <w:rFonts w:ascii="Calibri Light" w:hAnsi="Calibri Light" w:cs="Calibri Light"/>
                <w:sz w:val="18"/>
                <w:szCs w:val="18"/>
                <w:lang w:val="en-ZA"/>
              </w:rPr>
              <w:tab/>
            </w:r>
            <w:r w:rsidRPr="00C17C81">
              <w:rPr>
                <w:rFonts w:ascii="Calibri Light" w:hAnsi="Calibri Light" w:cs="Calibri Light"/>
                <w:sz w:val="18"/>
                <w:szCs w:val="18"/>
                <w:lang w:val="en-ZA"/>
              </w:rPr>
              <w:tab/>
            </w:r>
          </w:p>
        </w:tc>
        <w:tc>
          <w:tcPr>
            <w:tcW w:w="4819" w:type="dxa"/>
          </w:tcPr>
          <w:p w14:paraId="101DE1D2" w14:textId="77777777" w:rsidR="008D389C" w:rsidRPr="00C17C81" w:rsidRDefault="008D389C" w:rsidP="00C126F6">
            <w:pPr>
              <w:pStyle w:val="ListNumber"/>
              <w:ind w:left="0" w:firstLine="0"/>
              <w:rPr>
                <w:rFonts w:ascii="Calibri Light" w:hAnsi="Calibri Light" w:cs="Calibri Light"/>
                <w:sz w:val="18"/>
                <w:szCs w:val="18"/>
                <w:lang w:val="en-ZA"/>
              </w:rPr>
            </w:pPr>
            <w:r w:rsidRPr="00C17C81">
              <w:rPr>
                <w:rFonts w:ascii="Calibri Light" w:hAnsi="Calibri Light" w:cs="Calibri Light"/>
                <w:sz w:val="18"/>
                <w:szCs w:val="18"/>
                <w:lang w:val="en-ZA"/>
              </w:rPr>
              <w:t>Original or certified valid B-BBEE verification certificate</w:t>
            </w:r>
          </w:p>
        </w:tc>
      </w:tr>
      <w:tr w:rsidR="008D389C" w:rsidRPr="00C17C81" w14:paraId="101DE1D6" w14:textId="77777777" w:rsidTr="008D389C">
        <w:tc>
          <w:tcPr>
            <w:tcW w:w="5022" w:type="dxa"/>
          </w:tcPr>
          <w:p w14:paraId="101DE1D4" w14:textId="77777777" w:rsidR="008D389C" w:rsidRPr="00C17C81" w:rsidRDefault="008D389C" w:rsidP="00C126F6">
            <w:pPr>
              <w:pStyle w:val="ListNumber"/>
              <w:ind w:left="0" w:firstLine="0"/>
              <w:rPr>
                <w:rFonts w:ascii="Calibri Light" w:hAnsi="Calibri Light" w:cs="Calibri Light"/>
                <w:sz w:val="18"/>
                <w:szCs w:val="18"/>
                <w:lang w:val="en-ZA"/>
              </w:rPr>
            </w:pPr>
            <w:r w:rsidRPr="00C17C81">
              <w:rPr>
                <w:rFonts w:ascii="Calibri Light" w:hAnsi="Calibri Light" w:cs="Calibri Light"/>
                <w:sz w:val="18"/>
                <w:szCs w:val="18"/>
                <w:lang w:val="en-ZA"/>
              </w:rPr>
              <w:t>Original SARS Tax Clearance Certificate</w:t>
            </w:r>
          </w:p>
        </w:tc>
        <w:tc>
          <w:tcPr>
            <w:tcW w:w="4819" w:type="dxa"/>
          </w:tcPr>
          <w:p w14:paraId="101DE1D5" w14:textId="77777777" w:rsidR="008D389C" w:rsidRPr="00C17C81" w:rsidRDefault="008D389C" w:rsidP="00C126F6">
            <w:pPr>
              <w:pStyle w:val="ListNumber"/>
              <w:ind w:left="0" w:firstLine="0"/>
              <w:rPr>
                <w:rFonts w:ascii="Calibri Light" w:hAnsi="Calibri Light" w:cs="Calibri Light"/>
                <w:sz w:val="18"/>
                <w:szCs w:val="18"/>
                <w:lang w:val="en-ZA"/>
              </w:rPr>
            </w:pPr>
            <w:r w:rsidRPr="00C17C81">
              <w:rPr>
                <w:rFonts w:ascii="Calibri Light" w:hAnsi="Calibri Light" w:cs="Calibri Light"/>
                <w:sz w:val="18"/>
                <w:szCs w:val="18"/>
                <w:lang w:val="en-ZA"/>
              </w:rPr>
              <w:t>Recent letter from bank confirming business bank account</w:t>
            </w:r>
          </w:p>
        </w:tc>
      </w:tr>
      <w:tr w:rsidR="008D389C" w:rsidRPr="00C17C81" w14:paraId="101DE1D9" w14:textId="77777777" w:rsidTr="008D389C">
        <w:tc>
          <w:tcPr>
            <w:tcW w:w="5022" w:type="dxa"/>
          </w:tcPr>
          <w:p w14:paraId="101DE1D7" w14:textId="28B42E84" w:rsidR="008D389C" w:rsidRPr="00C17C81" w:rsidRDefault="008D389C" w:rsidP="00C17C81">
            <w:pPr>
              <w:pStyle w:val="ListNumber"/>
              <w:numPr>
                <w:ilvl w:val="0"/>
                <w:numId w:val="0"/>
              </w:numPr>
              <w:rPr>
                <w:rFonts w:ascii="Calibri Light" w:hAnsi="Calibri Light" w:cs="Calibri Light"/>
                <w:sz w:val="18"/>
                <w:szCs w:val="18"/>
                <w:lang w:val="en-ZA"/>
              </w:rPr>
            </w:pPr>
          </w:p>
        </w:tc>
        <w:tc>
          <w:tcPr>
            <w:tcW w:w="4819" w:type="dxa"/>
          </w:tcPr>
          <w:p w14:paraId="101DE1D8" w14:textId="2369448A" w:rsidR="008D389C" w:rsidRPr="00C17C81" w:rsidRDefault="008D389C" w:rsidP="00C17C81">
            <w:pPr>
              <w:pStyle w:val="ListNumber"/>
              <w:numPr>
                <w:ilvl w:val="0"/>
                <w:numId w:val="0"/>
              </w:numPr>
              <w:rPr>
                <w:rFonts w:ascii="Calibri Light" w:hAnsi="Calibri Light" w:cs="Calibri Light"/>
                <w:sz w:val="18"/>
                <w:szCs w:val="18"/>
                <w:lang w:val="en-ZA"/>
              </w:rPr>
            </w:pPr>
          </w:p>
        </w:tc>
      </w:tr>
      <w:tr w:rsidR="008D389C" w:rsidRPr="00C17C81" w14:paraId="101DE1DB" w14:textId="77777777" w:rsidTr="00C17C81">
        <w:trPr>
          <w:trHeight w:val="103"/>
        </w:trPr>
        <w:tc>
          <w:tcPr>
            <w:tcW w:w="9841" w:type="dxa"/>
            <w:gridSpan w:val="2"/>
          </w:tcPr>
          <w:p w14:paraId="101DE1DA" w14:textId="187719A8" w:rsidR="008D389C" w:rsidRPr="00C17C81" w:rsidRDefault="008D389C" w:rsidP="00C17C81">
            <w:pPr>
              <w:pStyle w:val="ListNumber"/>
              <w:numPr>
                <w:ilvl w:val="0"/>
                <w:numId w:val="0"/>
              </w:numPr>
              <w:rPr>
                <w:rFonts w:ascii="Calibri Light" w:hAnsi="Calibri Light" w:cs="Calibri Light"/>
                <w:sz w:val="18"/>
                <w:szCs w:val="18"/>
                <w:lang w:val="en-ZA"/>
              </w:rPr>
            </w:pPr>
          </w:p>
        </w:tc>
      </w:tr>
    </w:tbl>
    <w:p w14:paraId="101DE1DC" w14:textId="77777777" w:rsidR="00BF4E92" w:rsidRPr="00C17C81" w:rsidRDefault="004F5176">
      <w:pPr>
        <w:pStyle w:val="Heading1"/>
        <w:rPr>
          <w:rFonts w:ascii="Calibri Light" w:hAnsi="Calibri Light" w:cs="Calibri Light"/>
          <w:sz w:val="18"/>
          <w:szCs w:val="18"/>
          <w:lang w:val="en-ZA"/>
        </w:rPr>
      </w:pPr>
      <w:r w:rsidRPr="00C17C81">
        <w:rPr>
          <w:rFonts w:ascii="Calibri Light" w:hAnsi="Calibri Light" w:cs="Calibri Light"/>
          <w:sz w:val="18"/>
          <w:szCs w:val="18"/>
          <w:lang w:val="en-ZA"/>
        </w:rPr>
        <w:t>6. Evaluation Criteria</w:t>
      </w:r>
    </w:p>
    <w:p w14:paraId="101DE1DD" w14:textId="0C56CD50" w:rsidR="00BF4E92" w:rsidRPr="00C17C81" w:rsidRDefault="004F5176">
      <w:pPr>
        <w:rPr>
          <w:rFonts w:ascii="Calibri Light" w:hAnsi="Calibri Light" w:cs="Calibri Light"/>
          <w:sz w:val="18"/>
          <w:szCs w:val="18"/>
          <w:lang w:val="en-ZA"/>
        </w:rPr>
      </w:pPr>
      <w:r w:rsidRPr="00C17C81">
        <w:rPr>
          <w:rFonts w:ascii="Calibri Light" w:hAnsi="Calibri Light" w:cs="Calibri Light"/>
          <w:sz w:val="18"/>
          <w:szCs w:val="18"/>
          <w:lang w:val="en-ZA"/>
        </w:rPr>
        <w:t>Noupoort Wind Farm (RF) (Pty) Ltd Evaluation Criteria apply</w:t>
      </w:r>
      <w:r w:rsidR="008D389C" w:rsidRPr="00C17C81">
        <w:rPr>
          <w:rFonts w:ascii="Calibri Light" w:hAnsi="Calibri Light" w:cs="Calibri Light"/>
          <w:sz w:val="18"/>
          <w:szCs w:val="18"/>
          <w:lang w:val="en-ZA"/>
        </w:rPr>
        <w:t>:  Price 70%  |  Functionality and/or experience 15%  |  Location 10%  |  B-BBEE rating 5%</w:t>
      </w:r>
      <w:r w:rsidR="001A7329">
        <w:rPr>
          <w:rFonts w:ascii="Calibri Light" w:hAnsi="Calibri Light" w:cs="Calibri Light"/>
          <w:sz w:val="18"/>
          <w:szCs w:val="18"/>
          <w:lang w:val="en-ZA"/>
        </w:rPr>
        <w:br/>
      </w:r>
      <w:r w:rsidR="001A7329">
        <w:rPr>
          <w:rFonts w:ascii="Calibri Light" w:hAnsi="Calibri Light" w:cs="Calibri Light"/>
          <w:sz w:val="18"/>
          <w:szCs w:val="18"/>
          <w:lang w:val="en-ZA"/>
        </w:rPr>
        <w:br/>
      </w:r>
      <w:r w:rsidR="001A7329">
        <w:rPr>
          <w:rFonts w:ascii="Calibri Light" w:hAnsi="Calibri Light" w:cs="Calibri Light"/>
          <w:sz w:val="18"/>
          <w:szCs w:val="18"/>
          <w:lang w:val="en-ZA"/>
        </w:rPr>
        <w:br/>
      </w:r>
      <w:r w:rsidR="001A7329">
        <w:rPr>
          <w:rFonts w:ascii="Calibri Light" w:hAnsi="Calibri Light" w:cs="Calibri Light"/>
          <w:sz w:val="18"/>
          <w:szCs w:val="18"/>
          <w:lang w:val="en-ZA"/>
        </w:rPr>
        <w:br/>
        <w:t>2/…</w:t>
      </w:r>
      <w:r w:rsidR="001A7329">
        <w:rPr>
          <w:rFonts w:ascii="Calibri Light" w:hAnsi="Calibri Light" w:cs="Calibri Light"/>
          <w:sz w:val="18"/>
          <w:szCs w:val="18"/>
          <w:lang w:val="en-ZA"/>
        </w:rPr>
        <w:br/>
      </w:r>
      <w:r w:rsidR="001A7329">
        <w:rPr>
          <w:rFonts w:ascii="Calibri Light" w:hAnsi="Calibri Light" w:cs="Calibri Light"/>
          <w:sz w:val="18"/>
          <w:szCs w:val="18"/>
          <w:lang w:val="en-ZA"/>
        </w:rPr>
        <w:lastRenderedPageBreak/>
        <w:br/>
        <w:t xml:space="preserve">                                                                                                                            : 2 :</w:t>
      </w:r>
    </w:p>
    <w:p w14:paraId="101DE1DE" w14:textId="77777777" w:rsidR="00BF4E92" w:rsidRPr="00C17C81" w:rsidRDefault="004F5176">
      <w:pPr>
        <w:pStyle w:val="Heading1"/>
        <w:rPr>
          <w:rFonts w:ascii="Calibri Light" w:hAnsi="Calibri Light" w:cs="Calibri Light"/>
          <w:sz w:val="18"/>
          <w:szCs w:val="18"/>
          <w:lang w:val="en-ZA"/>
        </w:rPr>
      </w:pPr>
      <w:r w:rsidRPr="00C17C81">
        <w:rPr>
          <w:rFonts w:ascii="Calibri Light" w:hAnsi="Calibri Light" w:cs="Calibri Light"/>
          <w:sz w:val="18"/>
          <w:szCs w:val="18"/>
          <w:lang w:val="en-ZA"/>
        </w:rPr>
        <w:t>7. Conditions of Purchase and Rights Reserved</w:t>
      </w:r>
    </w:p>
    <w:p w14:paraId="101DE1DF" w14:textId="790F257D" w:rsidR="00BF4E92" w:rsidRPr="00C17C81" w:rsidRDefault="004F5176" w:rsidP="00AF22CC">
      <w:pPr>
        <w:pStyle w:val="ListParagraph"/>
        <w:numPr>
          <w:ilvl w:val="0"/>
          <w:numId w:val="10"/>
        </w:numPr>
        <w:rPr>
          <w:rFonts w:ascii="Calibri Light" w:hAnsi="Calibri Light" w:cs="Calibri Light"/>
          <w:sz w:val="18"/>
          <w:szCs w:val="18"/>
          <w:lang w:val="en-ZA"/>
        </w:rPr>
      </w:pPr>
      <w:r w:rsidRPr="00C17C81">
        <w:rPr>
          <w:rFonts w:ascii="Calibri Light" w:hAnsi="Calibri Light" w:cs="Calibri Light"/>
          <w:sz w:val="18"/>
          <w:szCs w:val="18"/>
          <w:lang w:val="en-ZA"/>
        </w:rPr>
        <w:t>Noupoort Wind Farm (RF) (Pty) Ltd General Terms and Conditions will apply. These are to be requested.</w:t>
      </w:r>
      <w:r w:rsidR="001A7329">
        <w:rPr>
          <w:rFonts w:ascii="Calibri Light" w:hAnsi="Calibri Light" w:cs="Calibri Light"/>
          <w:sz w:val="18"/>
          <w:szCs w:val="18"/>
          <w:lang w:val="en-ZA"/>
        </w:rPr>
        <w:br/>
      </w:r>
    </w:p>
    <w:p w14:paraId="101DE1E0" w14:textId="551E2BCA" w:rsidR="00BF4E92" w:rsidRPr="00C17C81" w:rsidRDefault="004F5176" w:rsidP="00AF22CC">
      <w:pPr>
        <w:pStyle w:val="ListParagraph"/>
        <w:numPr>
          <w:ilvl w:val="0"/>
          <w:numId w:val="10"/>
        </w:numPr>
        <w:rPr>
          <w:rFonts w:ascii="Calibri Light" w:hAnsi="Calibri Light" w:cs="Calibri Light"/>
          <w:sz w:val="18"/>
          <w:szCs w:val="18"/>
          <w:lang w:val="en-ZA"/>
        </w:rPr>
      </w:pPr>
      <w:r w:rsidRPr="00C17C81">
        <w:rPr>
          <w:rFonts w:ascii="Calibri Light" w:hAnsi="Calibri Light" w:cs="Calibri Light"/>
          <w:sz w:val="18"/>
          <w:szCs w:val="18"/>
          <w:lang w:val="en-ZA"/>
        </w:rPr>
        <w:t>Noupoort Wind Farm (RF) (Pty) Ltd reserves the right to cancel this and any other RFQ at any stage of the process without prior notification.</w:t>
      </w:r>
      <w:r w:rsidR="001A7329">
        <w:rPr>
          <w:rFonts w:ascii="Calibri Light" w:hAnsi="Calibri Light" w:cs="Calibri Light"/>
          <w:sz w:val="18"/>
          <w:szCs w:val="18"/>
          <w:lang w:val="en-ZA"/>
        </w:rPr>
        <w:br/>
      </w:r>
    </w:p>
    <w:p w14:paraId="101DE1E1" w14:textId="77777777" w:rsidR="00BF4E92" w:rsidRPr="00C17C81" w:rsidRDefault="004F5176" w:rsidP="00AF22CC">
      <w:pPr>
        <w:pStyle w:val="ListParagraph"/>
        <w:numPr>
          <w:ilvl w:val="0"/>
          <w:numId w:val="10"/>
        </w:numPr>
        <w:rPr>
          <w:rFonts w:ascii="Calibri Light" w:hAnsi="Calibri Light" w:cs="Calibri Light"/>
          <w:sz w:val="18"/>
          <w:szCs w:val="18"/>
          <w:lang w:val="en-ZA"/>
        </w:rPr>
      </w:pPr>
      <w:r w:rsidRPr="00C17C81">
        <w:rPr>
          <w:rFonts w:ascii="Calibri Light" w:hAnsi="Calibri Light" w:cs="Calibri Light"/>
          <w:sz w:val="18"/>
          <w:szCs w:val="18"/>
          <w:lang w:val="en-ZA"/>
        </w:rPr>
        <w:t>The company reserves the right to cancel this application for project proposals at any time.</w:t>
      </w:r>
    </w:p>
    <w:p w14:paraId="101DE1E2" w14:textId="77777777" w:rsidR="00BF4E92" w:rsidRPr="00C17C81" w:rsidRDefault="004F5176">
      <w:pPr>
        <w:pStyle w:val="Heading1"/>
        <w:rPr>
          <w:rFonts w:ascii="Calibri Light" w:hAnsi="Calibri Light" w:cs="Calibri Light"/>
          <w:sz w:val="18"/>
          <w:szCs w:val="18"/>
          <w:lang w:val="en-ZA"/>
        </w:rPr>
      </w:pPr>
      <w:r w:rsidRPr="00C17C81">
        <w:rPr>
          <w:rFonts w:ascii="Calibri Light" w:hAnsi="Calibri Light" w:cs="Calibri Light"/>
          <w:sz w:val="18"/>
          <w:szCs w:val="18"/>
          <w:lang w:val="en-ZA"/>
        </w:rPr>
        <w:t>8. Enquiries</w:t>
      </w:r>
    </w:p>
    <w:p w14:paraId="101DE1E3" w14:textId="77777777" w:rsidR="00BF4E92" w:rsidRPr="00C17C81" w:rsidRDefault="004F5176" w:rsidP="00932658">
      <w:pPr>
        <w:pStyle w:val="ListParagraph"/>
        <w:numPr>
          <w:ilvl w:val="0"/>
          <w:numId w:val="11"/>
        </w:numPr>
        <w:rPr>
          <w:rFonts w:ascii="Calibri Light" w:hAnsi="Calibri Light" w:cs="Calibri Light"/>
          <w:sz w:val="18"/>
          <w:szCs w:val="18"/>
          <w:lang w:val="en-ZA"/>
        </w:rPr>
      </w:pPr>
      <w:r w:rsidRPr="00C17C81">
        <w:rPr>
          <w:rFonts w:ascii="Calibri Light" w:hAnsi="Calibri Light" w:cs="Calibri Light"/>
          <w:b/>
          <w:sz w:val="18"/>
          <w:szCs w:val="18"/>
          <w:lang w:val="en-ZA"/>
        </w:rPr>
        <w:t xml:space="preserve">Enquiry contact: </w:t>
      </w:r>
      <w:r w:rsidRPr="00C17C81">
        <w:rPr>
          <w:rFonts w:ascii="Calibri Light" w:hAnsi="Calibri Light" w:cs="Calibri Light"/>
          <w:sz w:val="18"/>
          <w:szCs w:val="18"/>
          <w:lang w:val="en-ZA"/>
        </w:rPr>
        <w:t>Sal Jordaan</w:t>
      </w:r>
    </w:p>
    <w:p w14:paraId="101DE1E4" w14:textId="77777777" w:rsidR="00BF4E92" w:rsidRPr="00C17C81" w:rsidRDefault="004F5176" w:rsidP="00932658">
      <w:pPr>
        <w:pStyle w:val="ListParagraph"/>
        <w:numPr>
          <w:ilvl w:val="0"/>
          <w:numId w:val="11"/>
        </w:numPr>
        <w:rPr>
          <w:rFonts w:ascii="Calibri Light" w:hAnsi="Calibri Light" w:cs="Calibri Light"/>
          <w:sz w:val="18"/>
          <w:szCs w:val="18"/>
          <w:lang w:val="en-ZA"/>
        </w:rPr>
      </w:pPr>
      <w:r w:rsidRPr="00C17C81">
        <w:rPr>
          <w:rFonts w:ascii="Calibri Light" w:hAnsi="Calibri Light" w:cs="Calibri Light"/>
          <w:b/>
          <w:sz w:val="18"/>
          <w:szCs w:val="18"/>
          <w:lang w:val="en-ZA"/>
        </w:rPr>
        <w:t xml:space="preserve">Telephone: </w:t>
      </w:r>
      <w:r w:rsidRPr="00C17C81">
        <w:rPr>
          <w:rFonts w:ascii="Calibri Light" w:hAnsi="Calibri Light" w:cs="Calibri Light"/>
          <w:sz w:val="18"/>
          <w:szCs w:val="18"/>
          <w:lang w:val="en-ZA"/>
        </w:rPr>
        <w:t>083 557 3703</w:t>
      </w:r>
    </w:p>
    <w:p w14:paraId="101DE1E6" w14:textId="39E32B57" w:rsidR="00BF4E92" w:rsidRPr="00C17C81" w:rsidRDefault="004F5176" w:rsidP="00CC159D">
      <w:pPr>
        <w:pStyle w:val="ListParagraph"/>
        <w:numPr>
          <w:ilvl w:val="0"/>
          <w:numId w:val="11"/>
        </w:numPr>
        <w:rPr>
          <w:rFonts w:ascii="Calibri Light" w:hAnsi="Calibri Light" w:cs="Calibri Light"/>
          <w:sz w:val="18"/>
          <w:szCs w:val="18"/>
          <w:lang w:val="en-ZA"/>
        </w:rPr>
      </w:pPr>
      <w:r w:rsidRPr="00C17C81">
        <w:rPr>
          <w:rFonts w:ascii="Calibri Light" w:hAnsi="Calibri Light" w:cs="Calibri Light"/>
          <w:b/>
          <w:sz w:val="18"/>
          <w:szCs w:val="18"/>
          <w:lang w:val="en-ZA"/>
        </w:rPr>
        <w:t xml:space="preserve">RFQ contact / submission email: </w:t>
      </w:r>
      <w:r w:rsidRPr="00C17C81">
        <w:rPr>
          <w:rFonts w:ascii="Calibri Light" w:hAnsi="Calibri Light" w:cs="Calibri Light"/>
          <w:sz w:val="18"/>
          <w:szCs w:val="18"/>
          <w:lang w:val="en-ZA"/>
        </w:rPr>
        <w:t>Yonela Sakati – Yonela.sakati@weareinfinitypower.co</w:t>
      </w:r>
      <w:r w:rsidR="00057924" w:rsidRPr="00C17C81">
        <w:rPr>
          <w:rFonts w:ascii="Calibri Light" w:hAnsi="Calibri Light" w:cs="Calibri Light"/>
          <w:sz w:val="18"/>
          <w:szCs w:val="18"/>
          <w:lang w:val="en-ZA"/>
        </w:rPr>
        <w:t>m</w:t>
      </w:r>
    </w:p>
    <w:sectPr w:rsidR="00BF4E92" w:rsidRPr="00C17C81" w:rsidSect="008D389C">
      <w:headerReference w:type="default" r:id="rId8"/>
      <w:pgSz w:w="12240" w:h="15840"/>
      <w:pgMar w:top="851" w:right="907" w:bottom="851"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7B38F" w14:textId="77777777" w:rsidR="00236C60" w:rsidRDefault="00236C60" w:rsidP="00AF22CC">
      <w:pPr>
        <w:spacing w:after="0" w:line="240" w:lineRule="auto"/>
      </w:pPr>
      <w:r>
        <w:separator/>
      </w:r>
    </w:p>
  </w:endnote>
  <w:endnote w:type="continuationSeparator" w:id="0">
    <w:p w14:paraId="64DC7C84" w14:textId="77777777" w:rsidR="00236C60" w:rsidRDefault="00236C60" w:rsidP="00AF2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DCB50" w14:textId="77777777" w:rsidR="00236C60" w:rsidRDefault="00236C60" w:rsidP="00AF22CC">
      <w:pPr>
        <w:spacing w:after="0" w:line="240" w:lineRule="auto"/>
      </w:pPr>
      <w:r>
        <w:separator/>
      </w:r>
    </w:p>
  </w:footnote>
  <w:footnote w:type="continuationSeparator" w:id="0">
    <w:p w14:paraId="65CB76CC" w14:textId="77777777" w:rsidR="00236C60" w:rsidRDefault="00236C60" w:rsidP="00AF2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E1EB" w14:textId="77777777" w:rsidR="00AF22CC" w:rsidRPr="00AF22CC" w:rsidRDefault="00AF22CC" w:rsidP="00AF22CC">
    <w:pPr>
      <w:pStyle w:val="Header"/>
    </w:pPr>
    <w:r>
      <w:rPr>
        <w:noProof/>
        <w:lang w:val="en-ZA" w:eastAsia="en-ZA"/>
      </w:rPr>
      <w:drawing>
        <wp:inline distT="0" distB="0" distL="0" distR="0" wp14:anchorId="101DE1EC" wp14:editId="101DE1ED">
          <wp:extent cx="759749" cy="434340"/>
          <wp:effectExtent l="0" t="0" r="2540" b="3810"/>
          <wp:docPr id="1" name="Picture 1" descr="C:\Users\Tina Meier\AppData\Local\Microsoft\Windows\INetCache\Content.Word\Noupoort F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Meier\AppData\Local\Microsoft\Windows\INetCache\Content.Word\Noupoort Fin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825" cy="4360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BA6315"/>
    <w:multiLevelType w:val="hybridMultilevel"/>
    <w:tmpl w:val="F48AFA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40217461"/>
    <w:multiLevelType w:val="hybridMultilevel"/>
    <w:tmpl w:val="EAEC18C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944580412">
    <w:abstractNumId w:val="8"/>
  </w:num>
  <w:num w:numId="2" w16cid:durableId="307442241">
    <w:abstractNumId w:val="6"/>
  </w:num>
  <w:num w:numId="3" w16cid:durableId="1758673296">
    <w:abstractNumId w:val="5"/>
  </w:num>
  <w:num w:numId="4" w16cid:durableId="820540190">
    <w:abstractNumId w:val="4"/>
  </w:num>
  <w:num w:numId="5" w16cid:durableId="755978067">
    <w:abstractNumId w:val="7"/>
  </w:num>
  <w:num w:numId="6" w16cid:durableId="325015066">
    <w:abstractNumId w:val="3"/>
  </w:num>
  <w:num w:numId="7" w16cid:durableId="491872702">
    <w:abstractNumId w:val="2"/>
  </w:num>
  <w:num w:numId="8" w16cid:durableId="547835276">
    <w:abstractNumId w:val="1"/>
  </w:num>
  <w:num w:numId="9" w16cid:durableId="1892114562">
    <w:abstractNumId w:val="0"/>
  </w:num>
  <w:num w:numId="10" w16cid:durableId="1427119575">
    <w:abstractNumId w:val="9"/>
  </w:num>
  <w:num w:numId="11" w16cid:durableId="1920171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57924"/>
    <w:rsid w:val="0006063C"/>
    <w:rsid w:val="0013371B"/>
    <w:rsid w:val="0015074B"/>
    <w:rsid w:val="001A7329"/>
    <w:rsid w:val="001C235A"/>
    <w:rsid w:val="001C294E"/>
    <w:rsid w:val="001E633B"/>
    <w:rsid w:val="00236C60"/>
    <w:rsid w:val="002679C1"/>
    <w:rsid w:val="0029639D"/>
    <w:rsid w:val="002D30AA"/>
    <w:rsid w:val="00326F90"/>
    <w:rsid w:val="00352E82"/>
    <w:rsid w:val="004473EA"/>
    <w:rsid w:val="004F17D3"/>
    <w:rsid w:val="004F5176"/>
    <w:rsid w:val="004F72BC"/>
    <w:rsid w:val="006029C9"/>
    <w:rsid w:val="00624392"/>
    <w:rsid w:val="006A46CD"/>
    <w:rsid w:val="006C7481"/>
    <w:rsid w:val="00713FBF"/>
    <w:rsid w:val="007224EB"/>
    <w:rsid w:val="007305FE"/>
    <w:rsid w:val="007F3487"/>
    <w:rsid w:val="00820D95"/>
    <w:rsid w:val="00893EA2"/>
    <w:rsid w:val="00897A92"/>
    <w:rsid w:val="008B11C3"/>
    <w:rsid w:val="008D389C"/>
    <w:rsid w:val="008E1C73"/>
    <w:rsid w:val="00932658"/>
    <w:rsid w:val="00A74158"/>
    <w:rsid w:val="00AA1D8D"/>
    <w:rsid w:val="00AC117A"/>
    <w:rsid w:val="00AF22CC"/>
    <w:rsid w:val="00AF28D5"/>
    <w:rsid w:val="00B13DC8"/>
    <w:rsid w:val="00B47730"/>
    <w:rsid w:val="00B54A4C"/>
    <w:rsid w:val="00BC20BE"/>
    <w:rsid w:val="00BC2CBC"/>
    <w:rsid w:val="00BE7D20"/>
    <w:rsid w:val="00BF4E92"/>
    <w:rsid w:val="00C17C81"/>
    <w:rsid w:val="00CB0664"/>
    <w:rsid w:val="00CC159D"/>
    <w:rsid w:val="00CE35F6"/>
    <w:rsid w:val="00D64EAC"/>
    <w:rsid w:val="00EC6BEE"/>
    <w:rsid w:val="00F5610A"/>
    <w:rsid w:val="00FB2B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1DE188"/>
  <w14:defaultImageDpi w14:val="300"/>
  <w15:docId w15:val="{7E9F55BC-968A-4D44-BB72-F80B6330A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BC20BE"/>
    <w:pPr>
      <w:spacing w:after="0" w:line="240" w:lineRule="auto"/>
    </w:pPr>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E3D8A-E39A-475B-9914-6EF9938D4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2374</Characters>
  <Application>Microsoft Office Word</Application>
  <DocSecurity>0</DocSecurity>
  <Lines>69</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Salzonia Jordaan</cp:lastModifiedBy>
  <cp:revision>2</cp:revision>
  <dcterms:created xsi:type="dcterms:W3CDTF">2026-10-06T12:23:00Z</dcterms:created>
  <dcterms:modified xsi:type="dcterms:W3CDTF">2026-10-06T12:23:00Z</dcterms:modified>
  <cp:category/>
</cp:coreProperties>
</file>